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86" w:type="pct"/>
        <w:tblInd w:w="-176" w:type="dxa"/>
        <w:tblLook w:val="04A0" w:firstRow="1" w:lastRow="0" w:firstColumn="1" w:lastColumn="0" w:noHBand="0" w:noVBand="1"/>
      </w:tblPr>
      <w:tblGrid>
        <w:gridCol w:w="5774"/>
        <w:gridCol w:w="7692"/>
      </w:tblGrid>
      <w:tr w:rsidR="000F474A" w:rsidRPr="000F474A" w14:paraId="1E8AEEAD" w14:textId="77777777" w:rsidTr="00715DFC">
        <w:tc>
          <w:tcPr>
            <w:tcW w:w="2144" w:type="pct"/>
          </w:tcPr>
          <w:p w14:paraId="72BE3909" w14:textId="77777777" w:rsidR="00313FF4" w:rsidRPr="000F474A" w:rsidRDefault="00313FF4" w:rsidP="00313FF4">
            <w:pPr>
              <w:suppressLineNumbers/>
              <w:spacing w:after="0"/>
              <w:jc w:val="center"/>
              <w:rPr>
                <w:rFonts w:cs="Times New Roman"/>
                <w:szCs w:val="26"/>
              </w:rPr>
            </w:pPr>
            <w:r w:rsidRPr="000F474A">
              <w:rPr>
                <w:rFonts w:cs="Times New Roman"/>
                <w:szCs w:val="26"/>
              </w:rPr>
              <w:t>UBND TỈNH QUẢNG NGÃI</w:t>
            </w:r>
          </w:p>
        </w:tc>
        <w:tc>
          <w:tcPr>
            <w:tcW w:w="2856" w:type="pct"/>
          </w:tcPr>
          <w:p w14:paraId="069F0B8E" w14:textId="77777777" w:rsidR="00313FF4" w:rsidRPr="000F474A" w:rsidRDefault="00313FF4" w:rsidP="00313FF4">
            <w:pPr>
              <w:suppressLineNumbers/>
              <w:spacing w:after="0"/>
              <w:jc w:val="center"/>
              <w:rPr>
                <w:rFonts w:cs="Times New Roman"/>
                <w:szCs w:val="26"/>
              </w:rPr>
            </w:pPr>
            <w:r w:rsidRPr="000F474A">
              <w:rPr>
                <w:rFonts w:cs="Times New Roman"/>
                <w:b/>
                <w:szCs w:val="26"/>
              </w:rPr>
              <w:t>CỘNG HÒA XÃ HỘI CHỦ NGHĨA VIỆT NAM</w:t>
            </w:r>
          </w:p>
        </w:tc>
      </w:tr>
      <w:tr w:rsidR="000F474A" w:rsidRPr="000F474A" w14:paraId="6820FF17" w14:textId="77777777" w:rsidTr="00715DFC">
        <w:trPr>
          <w:trHeight w:val="454"/>
        </w:trPr>
        <w:tc>
          <w:tcPr>
            <w:tcW w:w="2144" w:type="pct"/>
          </w:tcPr>
          <w:p w14:paraId="52F31D24" w14:textId="62B14B5F" w:rsidR="00313FF4" w:rsidRPr="00DE0490" w:rsidRDefault="00313FF4" w:rsidP="00313FF4">
            <w:pPr>
              <w:suppressLineNumbers/>
              <w:spacing w:after="0"/>
              <w:jc w:val="center"/>
              <w:rPr>
                <w:rFonts w:cs="Times New Roman"/>
                <w:sz w:val="28"/>
                <w:szCs w:val="28"/>
              </w:rPr>
            </w:pPr>
            <w:r w:rsidRPr="00DE0490">
              <w:rPr>
                <w:rFonts w:cs="Times New Roman"/>
                <w:noProof/>
                <w:sz w:val="28"/>
                <w:szCs w:val="28"/>
              </w:rPr>
              <mc:AlternateContent>
                <mc:Choice Requires="wps">
                  <w:drawing>
                    <wp:anchor distT="0" distB="0" distL="114300" distR="114300" simplePos="0" relativeHeight="251657728" behindDoc="0" locked="0" layoutInCell="1" allowOverlap="1" wp14:anchorId="4489316D" wp14:editId="559415A8">
                      <wp:simplePos x="0" y="0"/>
                      <wp:positionH relativeFrom="column">
                        <wp:posOffset>902497</wp:posOffset>
                      </wp:positionH>
                      <wp:positionV relativeFrom="paragraph">
                        <wp:posOffset>233045</wp:posOffset>
                      </wp:positionV>
                      <wp:extent cx="176720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3E697E" id="_x0000_t32" coordsize="21600,21600" o:spt="32" o:oned="t" path="m,l21600,21600e" filled="f">
                      <v:path arrowok="t" fillok="f" o:connecttype="none"/>
                      <o:lock v:ext="edit" shapetype="t"/>
                    </v:shapetype>
                    <v:shape id="Straight Arrow Connector 1" o:spid="_x0000_s1026" type="#_x0000_t32" style="position:absolute;margin-left:71.05pt;margin-top:18.35pt;width:139.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k0A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"/>
                  </w:pict>
                </mc:Fallback>
              </mc:AlternateContent>
            </w:r>
            <w:r w:rsidRPr="00DE0490">
              <w:rPr>
                <w:rFonts w:cs="Times New Roman"/>
                <w:b/>
                <w:sz w:val="28"/>
                <w:szCs w:val="28"/>
              </w:rPr>
              <w:t>SỞ NÔNG NGHIỆP VÀ MÔI TRƯỜNG</w:t>
            </w:r>
          </w:p>
        </w:tc>
        <w:tc>
          <w:tcPr>
            <w:tcW w:w="2856" w:type="pct"/>
          </w:tcPr>
          <w:p w14:paraId="53B1D40E" w14:textId="18442A57" w:rsidR="00313FF4" w:rsidRPr="000F474A" w:rsidRDefault="00313FF4" w:rsidP="00313FF4">
            <w:pPr>
              <w:suppressLineNumbers/>
              <w:spacing w:after="0"/>
              <w:jc w:val="center"/>
              <w:rPr>
                <w:rFonts w:cs="Times New Roman"/>
                <w:sz w:val="28"/>
                <w:szCs w:val="28"/>
              </w:rPr>
            </w:pPr>
            <w:r w:rsidRPr="000F474A">
              <w:rPr>
                <w:rFonts w:cs="Times New Roman"/>
                <w:noProof/>
                <w:sz w:val="28"/>
                <w:szCs w:val="28"/>
              </w:rPr>
              <mc:AlternateContent>
                <mc:Choice Requires="wps">
                  <w:drawing>
                    <wp:anchor distT="4294967295" distB="4294967295" distL="114300" distR="114300" simplePos="0" relativeHeight="251654656" behindDoc="0" locked="0" layoutInCell="1" allowOverlap="1" wp14:anchorId="5E3A0427" wp14:editId="46BD7A92">
                      <wp:simplePos x="0" y="0"/>
                      <wp:positionH relativeFrom="column">
                        <wp:posOffset>1362237</wp:posOffset>
                      </wp:positionH>
                      <wp:positionV relativeFrom="paragraph">
                        <wp:posOffset>252095</wp:posOffset>
                      </wp:positionV>
                      <wp:extent cx="198183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C819C" id="Straight Arrow Connector 5" o:spid="_x0000_s1026" type="#_x0000_t32" style="position:absolute;margin-left:107.25pt;margin-top:19.85pt;width:156.05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"/>
                  </w:pict>
                </mc:Fallback>
              </mc:AlternateContent>
            </w:r>
            <w:r w:rsidRPr="000F474A">
              <w:rPr>
                <w:rFonts w:cs="Times New Roman"/>
                <w:b/>
                <w:sz w:val="28"/>
                <w:szCs w:val="28"/>
              </w:rPr>
              <w:t>Độc lập - Tự do - Hạnh phúc</w:t>
            </w:r>
          </w:p>
        </w:tc>
      </w:tr>
      <w:tr w:rsidR="000F474A" w:rsidRPr="000F474A" w14:paraId="28905C55" w14:textId="77777777" w:rsidTr="00715DFC">
        <w:tc>
          <w:tcPr>
            <w:tcW w:w="2144" w:type="pct"/>
          </w:tcPr>
          <w:p w14:paraId="54E705AC" w14:textId="1C716059" w:rsidR="00313FF4" w:rsidRPr="000F474A" w:rsidRDefault="00313FF4" w:rsidP="00313FF4">
            <w:pPr>
              <w:suppressLineNumbers/>
              <w:spacing w:after="0"/>
              <w:rPr>
                <w:rFonts w:cs="Times New Roman"/>
                <w:szCs w:val="26"/>
              </w:rPr>
            </w:pPr>
          </w:p>
        </w:tc>
        <w:tc>
          <w:tcPr>
            <w:tcW w:w="2856" w:type="pct"/>
          </w:tcPr>
          <w:p w14:paraId="3DD17C0A" w14:textId="77777777" w:rsidR="00313FF4" w:rsidRPr="000F474A" w:rsidRDefault="00313FF4" w:rsidP="00313FF4">
            <w:pPr>
              <w:suppressLineNumbers/>
              <w:spacing w:after="0"/>
              <w:jc w:val="center"/>
              <w:rPr>
                <w:rFonts w:cs="Times New Roman"/>
                <w:sz w:val="28"/>
                <w:szCs w:val="28"/>
              </w:rPr>
            </w:pPr>
            <w:r w:rsidRPr="000F474A">
              <w:rPr>
                <w:rFonts w:cs="Times New Roman"/>
                <w:i/>
                <w:sz w:val="28"/>
                <w:szCs w:val="28"/>
              </w:rPr>
              <w:t>Quảng Ngãi, ngày       tháng      năm 2026</w:t>
            </w:r>
          </w:p>
        </w:tc>
      </w:tr>
      <w:tr w:rsidR="000F474A" w:rsidRPr="000F474A" w14:paraId="2CA2863A" w14:textId="77777777" w:rsidTr="00715DFC">
        <w:tc>
          <w:tcPr>
            <w:tcW w:w="2144" w:type="pct"/>
          </w:tcPr>
          <w:p w14:paraId="4532F468" w14:textId="448A078E" w:rsidR="00313FF4" w:rsidRPr="000F474A" w:rsidRDefault="001C62A9" w:rsidP="0040611E">
            <w:pPr>
              <w:spacing w:before="60"/>
              <w:jc w:val="center"/>
              <w:rPr>
                <w:rFonts w:cs="Times New Roman"/>
                <w:szCs w:val="26"/>
              </w:rPr>
            </w:pPr>
            <w:r w:rsidRPr="000F474A">
              <w:rPr>
                <w:rFonts w:cs="Times New Roman"/>
                <w:noProof/>
                <w:szCs w:val="26"/>
              </w:rPr>
              <mc:AlternateContent>
                <mc:Choice Requires="wps">
                  <w:drawing>
                    <wp:anchor distT="0" distB="0" distL="114300" distR="114300" simplePos="0" relativeHeight="251661824" behindDoc="0" locked="0" layoutInCell="1" allowOverlap="1" wp14:anchorId="77C2FE3D" wp14:editId="47237CD9">
                      <wp:simplePos x="0" y="0"/>
                      <wp:positionH relativeFrom="column">
                        <wp:posOffset>-22358</wp:posOffset>
                      </wp:positionH>
                      <wp:positionV relativeFrom="paragraph">
                        <wp:posOffset>15979</wp:posOffset>
                      </wp:positionV>
                      <wp:extent cx="956930" cy="425303"/>
                      <wp:effectExtent l="0" t="0" r="15240" b="13335"/>
                      <wp:wrapNone/>
                      <wp:docPr id="3" name="Text Box 3"/>
                      <wp:cNvGraphicFramePr/>
                      <a:graphic xmlns:a="http://schemas.openxmlformats.org/drawingml/2006/main">
                        <a:graphicData uri="http://schemas.microsoft.com/office/word/2010/wordprocessingShape">
                          <wps:wsp>
                            <wps:cNvSpPr txBox="1"/>
                            <wps:spPr>
                              <a:xfrm>
                                <a:off x="0" y="0"/>
                                <a:ext cx="956930" cy="425303"/>
                              </a:xfrm>
                              <a:prstGeom prst="rect">
                                <a:avLst/>
                              </a:prstGeom>
                              <a:solidFill>
                                <a:schemeClr val="lt1"/>
                              </a:solidFill>
                              <a:ln w="6350">
                                <a:solidFill>
                                  <a:prstClr val="black"/>
                                </a:solidFill>
                              </a:ln>
                            </wps:spPr>
                            <wps:txbx>
                              <w:txbxContent>
                                <w:p w14:paraId="64A94903" w14:textId="1BDAD017" w:rsidR="00477B60" w:rsidRPr="000F474A" w:rsidRDefault="00477B60">
                                  <w:r w:rsidRPr="000F474A">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2FE3D" id="_x0000_t202" coordsize="21600,21600" o:spt="202" path="m,l,21600r21600,l21600,xe">
                      <v:stroke joinstyle="miter"/>
                      <v:path gradientshapeok="t" o:connecttype="rect"/>
                    </v:shapetype>
                    <v:shape id="Text Box 3" o:spid="_x0000_s1026" type="#_x0000_t202" style="position:absolute;left:0;text-align:left;margin-left:-1.75pt;margin-top:1.25pt;width:75.35pt;height:3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" fillcolor="white [3201]" strokeweight=".5pt">
                      <v:textbox>
                        <w:txbxContent>
                          <w:p w14:paraId="64A94903" w14:textId="1BDAD017" w:rsidR="00477B60" w:rsidRPr="000F474A" w:rsidRDefault="00477B60">
                            <w:r w:rsidRPr="000F474A">
                              <w:t>DỰ THẢO</w:t>
                            </w:r>
                          </w:p>
                        </w:txbxContent>
                      </v:textbox>
                    </v:shape>
                  </w:pict>
                </mc:Fallback>
              </mc:AlternateContent>
            </w:r>
          </w:p>
        </w:tc>
        <w:tc>
          <w:tcPr>
            <w:tcW w:w="2856" w:type="pct"/>
          </w:tcPr>
          <w:p w14:paraId="4ED71737" w14:textId="77777777" w:rsidR="00313FF4" w:rsidRPr="000F474A" w:rsidRDefault="00313FF4" w:rsidP="0040611E">
            <w:pPr>
              <w:suppressLineNumbers/>
              <w:spacing w:before="20" w:after="20"/>
              <w:jc w:val="right"/>
              <w:rPr>
                <w:rFonts w:cs="Times New Roman"/>
                <w:i/>
                <w:szCs w:val="26"/>
              </w:rPr>
            </w:pPr>
          </w:p>
        </w:tc>
      </w:tr>
    </w:tbl>
    <w:p w14:paraId="66F1E862" w14:textId="4394CA73" w:rsidR="00AD63D3" w:rsidRPr="000F474A" w:rsidRDefault="00935980" w:rsidP="00313FF4">
      <w:pPr>
        <w:spacing w:after="0"/>
        <w:jc w:val="center"/>
        <w:rPr>
          <w:rFonts w:eastAsia="Yu Gothic" w:cs="Times New Roman"/>
          <w:b/>
          <w:bCs/>
          <w:sz w:val="28"/>
          <w:szCs w:val="28"/>
        </w:rPr>
      </w:pPr>
      <w:r w:rsidRPr="000F474A">
        <w:rPr>
          <w:rFonts w:cs="Times New Roman"/>
          <w:b/>
          <w:sz w:val="28"/>
          <w:szCs w:val="28"/>
        </w:rPr>
        <w:t xml:space="preserve">BẢN </w:t>
      </w:r>
      <w:r w:rsidR="00313FF4" w:rsidRPr="000F474A">
        <w:rPr>
          <w:rFonts w:eastAsia="Yu Gothic" w:cs="Times New Roman"/>
          <w:b/>
          <w:bCs/>
          <w:sz w:val="28"/>
          <w:szCs w:val="28"/>
        </w:rPr>
        <w:t xml:space="preserve">SO SÁNH, THUYẾT MINH </w:t>
      </w:r>
    </w:p>
    <w:p w14:paraId="7F1293E2" w14:textId="77777777" w:rsidR="00E757E1" w:rsidRPr="000F474A" w:rsidRDefault="0026549D" w:rsidP="00313FF4">
      <w:pPr>
        <w:spacing w:after="0"/>
        <w:jc w:val="center"/>
        <w:rPr>
          <w:rFonts w:eastAsia="Yu Gothic" w:cs="Times New Roman"/>
          <w:b/>
          <w:bCs/>
          <w:sz w:val="28"/>
          <w:szCs w:val="28"/>
        </w:rPr>
      </w:pPr>
      <w:r w:rsidRPr="000F474A">
        <w:rPr>
          <w:rFonts w:eastAsia="Yu Gothic" w:cs="Times New Roman"/>
          <w:b/>
          <w:bCs/>
          <w:sz w:val="28"/>
          <w:szCs w:val="28"/>
        </w:rPr>
        <w:t xml:space="preserve">Dự thảo Quyết định của Ủy ban nhân dân tỉnh ban hành Quy chế phối hợp trong huy động </w:t>
      </w:r>
    </w:p>
    <w:p w14:paraId="550B7172" w14:textId="77777777" w:rsidR="00E757E1" w:rsidRPr="000F474A" w:rsidRDefault="0026549D" w:rsidP="00E757E1">
      <w:pPr>
        <w:spacing w:after="0"/>
        <w:jc w:val="center"/>
        <w:rPr>
          <w:rFonts w:eastAsia="Yu Gothic" w:cs="Times New Roman"/>
          <w:b/>
          <w:bCs/>
          <w:i/>
          <w:sz w:val="28"/>
          <w:szCs w:val="28"/>
        </w:rPr>
      </w:pPr>
      <w:r w:rsidRPr="000F474A">
        <w:rPr>
          <w:rFonts w:eastAsia="Yu Gothic" w:cs="Times New Roman"/>
          <w:b/>
          <w:bCs/>
          <w:sz w:val="28"/>
          <w:szCs w:val="28"/>
        </w:rPr>
        <w:t>lực lượng, phương tiện, thiết bị chữa cháy rừng trên địa bàn tỉnh Quảng Ngãi</w:t>
      </w:r>
      <w:r w:rsidR="00EE6D1D" w:rsidRPr="000F474A">
        <w:rPr>
          <w:rFonts w:eastAsia="Yu Gothic" w:cs="Times New Roman"/>
          <w:b/>
          <w:bCs/>
          <w:sz w:val="28"/>
          <w:szCs w:val="28"/>
        </w:rPr>
        <w:t xml:space="preserve"> (</w:t>
      </w:r>
      <w:r w:rsidR="00EE6D1D" w:rsidRPr="000F474A">
        <w:rPr>
          <w:rFonts w:eastAsia="Yu Gothic" w:cs="Times New Roman"/>
          <w:b/>
          <w:bCs/>
          <w:i/>
          <w:sz w:val="28"/>
          <w:szCs w:val="28"/>
        </w:rPr>
        <w:t>sau đây gọi tắt là</w:t>
      </w:r>
    </w:p>
    <w:p w14:paraId="05332746" w14:textId="77777777" w:rsidR="00E757E1" w:rsidRPr="000F474A" w:rsidRDefault="00EE6D1D" w:rsidP="00E757E1">
      <w:pPr>
        <w:spacing w:after="0"/>
        <w:jc w:val="center"/>
        <w:rPr>
          <w:rFonts w:cs="Times New Roman"/>
          <w:b/>
          <w:sz w:val="28"/>
          <w:szCs w:val="28"/>
          <w:lang w:val="sv-SE"/>
        </w:rPr>
      </w:pPr>
      <w:r w:rsidRPr="000F474A">
        <w:rPr>
          <w:rFonts w:eastAsia="Yu Gothic" w:cs="Times New Roman"/>
          <w:b/>
          <w:bCs/>
          <w:i/>
          <w:sz w:val="28"/>
          <w:szCs w:val="28"/>
        </w:rPr>
        <w:t xml:space="preserve"> dự thảo Quyết định của Ủy ban nhân dân tỉnh</w:t>
      </w:r>
      <w:r w:rsidRPr="000F474A">
        <w:rPr>
          <w:rFonts w:eastAsia="Yu Gothic" w:cs="Times New Roman"/>
          <w:b/>
          <w:bCs/>
          <w:sz w:val="28"/>
          <w:szCs w:val="28"/>
        </w:rPr>
        <w:t>)</w:t>
      </w:r>
      <w:r w:rsidR="0026549D" w:rsidRPr="000F474A">
        <w:rPr>
          <w:rFonts w:eastAsia="Yu Gothic" w:cs="Times New Roman"/>
          <w:b/>
          <w:bCs/>
          <w:sz w:val="28"/>
          <w:szCs w:val="28"/>
        </w:rPr>
        <w:t xml:space="preserve"> với </w:t>
      </w:r>
      <w:r w:rsidR="0026549D" w:rsidRPr="000F474A">
        <w:rPr>
          <w:rFonts w:eastAsia="Times New Roman" w:cs="Times New Roman"/>
          <w:b/>
          <w:sz w:val="28"/>
          <w:szCs w:val="28"/>
        </w:rPr>
        <w:t xml:space="preserve">Quyết định số 47/2021/QĐ-UBND ngày </w:t>
      </w:r>
      <w:r w:rsidR="0026549D" w:rsidRPr="000F474A">
        <w:rPr>
          <w:rFonts w:cs="Times New Roman"/>
          <w:b/>
          <w:sz w:val="28"/>
          <w:szCs w:val="28"/>
          <w:lang w:val="sv-SE"/>
        </w:rPr>
        <w:t xml:space="preserve">21/9/2021 </w:t>
      </w:r>
    </w:p>
    <w:p w14:paraId="53B3DBD8" w14:textId="77777777" w:rsidR="00E757E1" w:rsidRPr="000F474A" w:rsidRDefault="0026549D" w:rsidP="00E757E1">
      <w:pPr>
        <w:spacing w:after="0"/>
        <w:jc w:val="center"/>
        <w:rPr>
          <w:rFonts w:cs="Times New Roman"/>
          <w:b/>
          <w:sz w:val="28"/>
          <w:szCs w:val="28"/>
          <w:lang w:val="sv-SE"/>
        </w:rPr>
      </w:pPr>
      <w:r w:rsidRPr="000F474A">
        <w:rPr>
          <w:rFonts w:cs="Times New Roman"/>
          <w:b/>
          <w:sz w:val="28"/>
          <w:szCs w:val="28"/>
          <w:lang w:val="sv-SE"/>
        </w:rPr>
        <w:t xml:space="preserve">của Ủy ban nhân dân tỉnh Quảng Ngãi (cũ) </w:t>
      </w:r>
      <w:r w:rsidR="00651D92" w:rsidRPr="000F474A">
        <w:rPr>
          <w:rFonts w:cs="Times New Roman"/>
          <w:b/>
          <w:sz w:val="28"/>
          <w:szCs w:val="28"/>
          <w:lang w:val="sv-SE"/>
        </w:rPr>
        <w:t xml:space="preserve">ban hành Quy chế tiếp nhận, xử lý thông tin cháy rừng </w:t>
      </w:r>
    </w:p>
    <w:p w14:paraId="65692858" w14:textId="77777777" w:rsidR="00E757E1" w:rsidRPr="000F474A" w:rsidRDefault="00651D92" w:rsidP="00E757E1">
      <w:pPr>
        <w:spacing w:after="0"/>
        <w:jc w:val="center"/>
        <w:rPr>
          <w:rFonts w:eastAsia="Yu Gothic" w:cs="Times New Roman"/>
          <w:b/>
          <w:bCs/>
          <w:sz w:val="28"/>
          <w:szCs w:val="28"/>
          <w:lang w:val="sv-SE"/>
        </w:rPr>
      </w:pPr>
      <w:r w:rsidRPr="000F474A">
        <w:rPr>
          <w:rFonts w:cs="Times New Roman"/>
          <w:b/>
          <w:sz w:val="28"/>
          <w:szCs w:val="28"/>
          <w:lang w:val="sv-SE"/>
        </w:rPr>
        <w:t xml:space="preserve">các cấp; </w:t>
      </w:r>
      <w:r w:rsidRPr="000F474A">
        <w:rPr>
          <w:rFonts w:eastAsia="Yu Gothic" w:cs="Times New Roman"/>
          <w:b/>
          <w:bCs/>
          <w:sz w:val="28"/>
          <w:szCs w:val="28"/>
          <w:lang w:val="sv-SE"/>
        </w:rPr>
        <w:t xml:space="preserve">phối hợp trong huy động lực lượng, phương tiện, thiết bị chữa cháy rừng </w:t>
      </w:r>
      <w:r w:rsidR="00EE6D1D" w:rsidRPr="000F474A">
        <w:rPr>
          <w:rFonts w:eastAsia="Times New Roman" w:cs="Times New Roman"/>
          <w:b/>
          <w:sz w:val="28"/>
          <w:szCs w:val="28"/>
          <w:lang w:val="sv-SE"/>
        </w:rPr>
        <w:t xml:space="preserve"> </w:t>
      </w:r>
      <w:r w:rsidRPr="000F474A">
        <w:rPr>
          <w:rFonts w:eastAsia="Yu Gothic" w:cs="Times New Roman"/>
          <w:b/>
          <w:bCs/>
          <w:sz w:val="28"/>
          <w:szCs w:val="28"/>
          <w:lang w:val="sv-SE"/>
        </w:rPr>
        <w:t>trên địa bàn</w:t>
      </w:r>
    </w:p>
    <w:p w14:paraId="20552E82" w14:textId="77777777" w:rsidR="00E757E1" w:rsidRPr="000F474A" w:rsidRDefault="00651D92" w:rsidP="00E757E1">
      <w:pPr>
        <w:spacing w:after="0"/>
        <w:jc w:val="center"/>
        <w:rPr>
          <w:rFonts w:cs="Times New Roman"/>
          <w:b/>
          <w:sz w:val="28"/>
          <w:szCs w:val="28"/>
          <w:lang w:val="sv-SE"/>
        </w:rPr>
      </w:pPr>
      <w:r w:rsidRPr="000F474A">
        <w:rPr>
          <w:rFonts w:eastAsia="Yu Gothic" w:cs="Times New Roman"/>
          <w:b/>
          <w:bCs/>
          <w:sz w:val="28"/>
          <w:szCs w:val="28"/>
          <w:lang w:val="sv-SE"/>
        </w:rPr>
        <w:t xml:space="preserve"> tỉnh Quảng Ngãi (</w:t>
      </w:r>
      <w:r w:rsidRPr="000F474A">
        <w:rPr>
          <w:rFonts w:eastAsia="Yu Gothic" w:cs="Times New Roman"/>
          <w:b/>
          <w:bCs/>
          <w:i/>
          <w:sz w:val="28"/>
          <w:szCs w:val="28"/>
          <w:lang w:val="sv-SE"/>
        </w:rPr>
        <w:t>sau đây gọi tắt là</w:t>
      </w:r>
      <w:r w:rsidRPr="000F474A">
        <w:rPr>
          <w:rFonts w:eastAsia="Times New Roman" w:cs="Times New Roman"/>
          <w:b/>
          <w:i/>
          <w:sz w:val="28"/>
          <w:szCs w:val="28"/>
          <w:lang w:val="sv-SE"/>
        </w:rPr>
        <w:t xml:space="preserve"> Quyết định số 47/2021/QĐ-UBND</w:t>
      </w:r>
      <w:r w:rsidRPr="000F474A">
        <w:rPr>
          <w:rFonts w:eastAsia="Times New Roman" w:cs="Times New Roman"/>
          <w:b/>
          <w:sz w:val="28"/>
          <w:szCs w:val="28"/>
          <w:lang w:val="sv-SE"/>
        </w:rPr>
        <w:t>)</w:t>
      </w:r>
      <w:r w:rsidRPr="000F474A">
        <w:rPr>
          <w:rFonts w:eastAsia="Yu Gothic" w:cs="Times New Roman"/>
          <w:b/>
          <w:bCs/>
          <w:sz w:val="28"/>
          <w:szCs w:val="28"/>
          <w:lang w:val="sv-SE"/>
        </w:rPr>
        <w:t xml:space="preserve"> và </w:t>
      </w:r>
      <w:r w:rsidRPr="000F474A">
        <w:rPr>
          <w:rFonts w:eastAsia="Times New Roman" w:cs="Times New Roman"/>
          <w:b/>
          <w:sz w:val="28"/>
          <w:szCs w:val="28"/>
          <w:lang w:val="sv-SE"/>
        </w:rPr>
        <w:t>Quyết định số 33/2022/QĐ-UBND</w:t>
      </w:r>
      <w:r w:rsidR="00276B42" w:rsidRPr="000F474A">
        <w:rPr>
          <w:rFonts w:eastAsia="Times New Roman" w:cs="Times New Roman"/>
          <w:b/>
          <w:sz w:val="28"/>
          <w:szCs w:val="28"/>
          <w:lang w:val="sv-SE"/>
        </w:rPr>
        <w:t xml:space="preserve"> ngày 21/10/2022 của Ủy ban nhân dân tỉnh Kon Tum (cũ) </w:t>
      </w:r>
      <w:r w:rsidR="00276B42" w:rsidRPr="000F474A">
        <w:rPr>
          <w:rFonts w:cs="Times New Roman"/>
          <w:b/>
          <w:sz w:val="28"/>
          <w:szCs w:val="28"/>
          <w:lang w:val="sv-SE"/>
        </w:rPr>
        <w:t>ban hành Quy chế tiếp nhận, xử lý thông tin</w:t>
      </w:r>
    </w:p>
    <w:p w14:paraId="29E70E9F" w14:textId="77777777" w:rsidR="00E757E1" w:rsidRPr="000F474A" w:rsidRDefault="00276B42" w:rsidP="00E757E1">
      <w:pPr>
        <w:spacing w:after="0"/>
        <w:jc w:val="center"/>
        <w:rPr>
          <w:rFonts w:eastAsia="Yu Gothic" w:cs="Times New Roman"/>
          <w:b/>
          <w:bCs/>
          <w:sz w:val="28"/>
          <w:szCs w:val="28"/>
          <w:lang w:val="sv-SE"/>
        </w:rPr>
      </w:pPr>
      <w:r w:rsidRPr="000F474A">
        <w:rPr>
          <w:rFonts w:cs="Times New Roman"/>
          <w:b/>
          <w:sz w:val="28"/>
          <w:szCs w:val="28"/>
          <w:lang w:val="sv-SE"/>
        </w:rPr>
        <w:t xml:space="preserve"> cháy rừng của từng cấp và </w:t>
      </w:r>
      <w:r w:rsidRPr="000F474A">
        <w:rPr>
          <w:rFonts w:eastAsia="Yu Gothic" w:cs="Times New Roman"/>
          <w:b/>
          <w:bCs/>
          <w:sz w:val="28"/>
          <w:szCs w:val="28"/>
          <w:lang w:val="sv-SE"/>
        </w:rPr>
        <w:t xml:space="preserve">phối hợp trong huy động lực lượng, phương tiện, thiết bị chữa cháy rừng </w:t>
      </w:r>
    </w:p>
    <w:p w14:paraId="2188EE8D" w14:textId="05124B80" w:rsidR="00276B42" w:rsidRPr="000F474A" w:rsidRDefault="00276B42" w:rsidP="00E757E1">
      <w:pPr>
        <w:spacing w:after="0"/>
        <w:jc w:val="center"/>
        <w:rPr>
          <w:rFonts w:eastAsia="Yu Gothic" w:cs="Times New Roman"/>
          <w:b/>
          <w:bCs/>
          <w:sz w:val="28"/>
          <w:szCs w:val="28"/>
          <w:lang w:val="sv-SE"/>
        </w:rPr>
      </w:pPr>
      <w:r w:rsidRPr="000F474A">
        <w:rPr>
          <w:rFonts w:eastAsia="Yu Gothic" w:cs="Times New Roman"/>
          <w:b/>
          <w:bCs/>
          <w:sz w:val="28"/>
          <w:szCs w:val="28"/>
          <w:lang w:val="sv-SE"/>
        </w:rPr>
        <w:t>trên địa bàn tỉnh Kon Tum (</w:t>
      </w:r>
      <w:r w:rsidRPr="000F474A">
        <w:rPr>
          <w:rFonts w:eastAsia="Yu Gothic" w:cs="Times New Roman"/>
          <w:b/>
          <w:bCs/>
          <w:i/>
          <w:sz w:val="28"/>
          <w:szCs w:val="28"/>
          <w:lang w:val="sv-SE"/>
        </w:rPr>
        <w:t>sau đây gọi tắt là</w:t>
      </w:r>
      <w:r w:rsidRPr="000F474A">
        <w:rPr>
          <w:rFonts w:eastAsia="Times New Roman" w:cs="Times New Roman"/>
          <w:b/>
          <w:i/>
          <w:sz w:val="28"/>
          <w:szCs w:val="28"/>
          <w:lang w:val="sv-SE"/>
        </w:rPr>
        <w:t xml:space="preserve"> Quyết định số 33/2022/QĐ-UBND</w:t>
      </w:r>
      <w:r w:rsidRPr="000F474A">
        <w:rPr>
          <w:rFonts w:eastAsia="Times New Roman" w:cs="Times New Roman"/>
          <w:b/>
          <w:sz w:val="28"/>
          <w:szCs w:val="28"/>
          <w:lang w:val="sv-SE"/>
        </w:rPr>
        <w:t>)</w:t>
      </w:r>
    </w:p>
    <w:p w14:paraId="791AF816" w14:textId="3F9E4449" w:rsidR="001C62A9" w:rsidRPr="000F474A" w:rsidRDefault="001C62A9" w:rsidP="00313FF4">
      <w:pPr>
        <w:spacing w:after="0"/>
        <w:jc w:val="center"/>
        <w:rPr>
          <w:rFonts w:eastAsia="Yu Gothic" w:cs="Times New Roman"/>
          <w:bCs/>
          <w:i/>
          <w:sz w:val="28"/>
          <w:szCs w:val="28"/>
          <w:lang w:val="sv-SE"/>
        </w:rPr>
      </w:pPr>
      <w:r w:rsidRPr="000F474A">
        <w:rPr>
          <w:rFonts w:eastAsia="Yu Gothic" w:cs="Times New Roman"/>
          <w:bCs/>
          <w:i/>
          <w:noProof/>
          <w:sz w:val="28"/>
          <w:szCs w:val="28"/>
        </w:rPr>
        <mc:AlternateContent>
          <mc:Choice Requires="wps">
            <w:drawing>
              <wp:anchor distT="0" distB="0" distL="114300" distR="114300" simplePos="0" relativeHeight="251659776" behindDoc="0" locked="0" layoutInCell="1" allowOverlap="1" wp14:anchorId="286F864C" wp14:editId="0C572C70">
                <wp:simplePos x="0" y="0"/>
                <wp:positionH relativeFrom="column">
                  <wp:posOffset>3257860</wp:posOffset>
                </wp:positionH>
                <wp:positionV relativeFrom="paragraph">
                  <wp:posOffset>53089</wp:posOffset>
                </wp:positionV>
                <wp:extent cx="2388562" cy="0"/>
                <wp:effectExtent l="0" t="0" r="31115" b="19050"/>
                <wp:wrapNone/>
                <wp:docPr id="2" name="Straight Connector 2"/>
                <wp:cNvGraphicFramePr/>
                <a:graphic xmlns:a="http://schemas.openxmlformats.org/drawingml/2006/main">
                  <a:graphicData uri="http://schemas.microsoft.com/office/word/2010/wordprocessingShape">
                    <wps:wsp>
                      <wps:cNvCnPr/>
                      <wps:spPr>
                        <a:xfrm>
                          <a:off x="0" y="0"/>
                          <a:ext cx="23885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B5F75"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4.2pt" to="444.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" strokecolor="black [3040]"/>
            </w:pict>
          </mc:Fallback>
        </mc:AlternateContent>
      </w:r>
    </w:p>
    <w:p w14:paraId="6392DF10" w14:textId="5F147DE9" w:rsidR="0086539D" w:rsidRPr="000F474A" w:rsidRDefault="0033327E" w:rsidP="0033327E">
      <w:pPr>
        <w:rPr>
          <w:rFonts w:cs="Times New Roman"/>
          <w:b/>
          <w:bCs/>
          <w:sz w:val="28"/>
          <w:szCs w:val="28"/>
          <w:lang w:val="sv-SE"/>
        </w:rPr>
      </w:pPr>
      <w:r w:rsidRPr="000F474A">
        <w:rPr>
          <w:rFonts w:cs="Times New Roman"/>
          <w:lang w:val="sv-SE"/>
        </w:rPr>
        <w:tab/>
      </w:r>
      <w:r w:rsidRPr="000F474A">
        <w:rPr>
          <w:rFonts w:cs="Times New Roman"/>
          <w:b/>
          <w:bCs/>
          <w:sz w:val="28"/>
          <w:szCs w:val="28"/>
          <w:lang w:val="sv-SE"/>
        </w:rPr>
        <w:t>1. Đối với dự thảo Quyết định</w:t>
      </w:r>
      <w:r w:rsidR="00AA1FDC" w:rsidRPr="000F474A">
        <w:rPr>
          <w:rFonts w:cs="Times New Roman"/>
          <w:b/>
          <w:bCs/>
          <w:sz w:val="28"/>
          <w:szCs w:val="28"/>
          <w:lang w:val="sv-SE"/>
        </w:rPr>
        <w:t>:</w:t>
      </w:r>
      <w:r w:rsidR="00EE6D1D" w:rsidRPr="000F474A">
        <w:rPr>
          <w:rFonts w:cs="Times New Roman"/>
          <w:b/>
          <w:bCs/>
          <w:sz w:val="28"/>
          <w:szCs w:val="28"/>
          <w:lang w:val="sv-SE"/>
        </w:rPr>
        <w:t xml:space="preserve"> </w:t>
      </w:r>
    </w:p>
    <w:tbl>
      <w:tblPr>
        <w:tblStyle w:val="TableGrid"/>
        <w:tblW w:w="13183" w:type="dxa"/>
        <w:tblInd w:w="392" w:type="dxa"/>
        <w:tblLook w:val="04A0" w:firstRow="1" w:lastRow="0" w:firstColumn="1" w:lastColumn="0" w:noHBand="0" w:noVBand="1"/>
      </w:tblPr>
      <w:tblGrid>
        <w:gridCol w:w="4252"/>
        <w:gridCol w:w="3828"/>
        <w:gridCol w:w="5103"/>
      </w:tblGrid>
      <w:tr w:rsidR="000F474A" w:rsidRPr="000F474A" w14:paraId="02034785" w14:textId="77777777" w:rsidTr="00816BF3">
        <w:trPr>
          <w:trHeight w:val="359"/>
          <w:tblHeader/>
        </w:trPr>
        <w:tc>
          <w:tcPr>
            <w:tcW w:w="4252" w:type="dxa"/>
          </w:tcPr>
          <w:p w14:paraId="6BB64A55" w14:textId="02727262" w:rsidR="0033327E" w:rsidRPr="000F474A" w:rsidRDefault="00E757E1" w:rsidP="00E757E1">
            <w:pPr>
              <w:jc w:val="center"/>
              <w:rPr>
                <w:rFonts w:cs="Times New Roman"/>
                <w:b/>
                <w:szCs w:val="26"/>
                <w:lang w:val="sv-SE"/>
              </w:rPr>
            </w:pPr>
            <w:r w:rsidRPr="000F474A">
              <w:rPr>
                <w:rFonts w:eastAsia="Times New Roman" w:cs="Times New Roman"/>
                <w:b/>
                <w:szCs w:val="26"/>
                <w:lang w:val="sv-SE"/>
              </w:rPr>
              <w:t xml:space="preserve"> QUYẾT ĐỊNH SỐ</w:t>
            </w:r>
            <w:r w:rsidR="0033327E" w:rsidRPr="000F474A">
              <w:rPr>
                <w:rFonts w:eastAsia="Times New Roman" w:cs="Times New Roman"/>
                <w:b/>
                <w:szCs w:val="26"/>
                <w:lang w:val="sv-SE"/>
              </w:rPr>
              <w:t xml:space="preserve"> 47/2021/QĐ-UBND và </w:t>
            </w:r>
            <w:r w:rsidRPr="000F474A">
              <w:rPr>
                <w:rFonts w:eastAsia="Times New Roman" w:cs="Times New Roman"/>
                <w:b/>
                <w:szCs w:val="26"/>
                <w:lang w:val="sv-SE"/>
              </w:rPr>
              <w:t xml:space="preserve">QUYẾT ĐỊNH SỐ </w:t>
            </w:r>
            <w:r w:rsidR="0033327E" w:rsidRPr="000F474A">
              <w:rPr>
                <w:rFonts w:eastAsia="Times New Roman" w:cs="Times New Roman"/>
                <w:b/>
                <w:szCs w:val="26"/>
                <w:lang w:val="sv-SE"/>
              </w:rPr>
              <w:t xml:space="preserve">33/2022/QĐ-UBND </w:t>
            </w:r>
          </w:p>
        </w:tc>
        <w:tc>
          <w:tcPr>
            <w:tcW w:w="3828" w:type="dxa"/>
            <w:vAlign w:val="center"/>
          </w:tcPr>
          <w:p w14:paraId="4D94D48F" w14:textId="0F186D3A" w:rsidR="0033327E" w:rsidRPr="000F474A" w:rsidRDefault="00E757E1" w:rsidP="0018416D">
            <w:pPr>
              <w:jc w:val="center"/>
              <w:rPr>
                <w:rFonts w:cs="Times New Roman"/>
                <w:b/>
                <w:szCs w:val="26"/>
                <w:lang w:val="sv-SE"/>
              </w:rPr>
            </w:pPr>
            <w:r w:rsidRPr="000F474A">
              <w:rPr>
                <w:rFonts w:eastAsia="Yu Gothic" w:cs="Times New Roman"/>
                <w:b/>
                <w:bCs/>
                <w:szCs w:val="26"/>
                <w:lang w:val="sv-SE"/>
              </w:rPr>
              <w:t>DỰ THẢO QUYẾT ĐỊNH CỦA ỦY BAN NHÂN DÂN TỈNH</w:t>
            </w:r>
          </w:p>
        </w:tc>
        <w:tc>
          <w:tcPr>
            <w:tcW w:w="5103" w:type="dxa"/>
            <w:vAlign w:val="center"/>
          </w:tcPr>
          <w:p w14:paraId="61AB41AC" w14:textId="2624C37D" w:rsidR="0033327E" w:rsidRPr="000F474A" w:rsidRDefault="0033327E" w:rsidP="0018416D">
            <w:pPr>
              <w:jc w:val="center"/>
              <w:rPr>
                <w:rFonts w:cs="Times New Roman"/>
                <w:b/>
                <w:szCs w:val="26"/>
              </w:rPr>
            </w:pPr>
            <w:r w:rsidRPr="000F474A">
              <w:rPr>
                <w:rFonts w:eastAsia="Yu Gothic" w:cs="Times New Roman"/>
                <w:b/>
                <w:bCs/>
                <w:szCs w:val="26"/>
              </w:rPr>
              <w:t>THUYẾT MINH</w:t>
            </w:r>
          </w:p>
        </w:tc>
      </w:tr>
      <w:tr w:rsidR="000F474A" w:rsidRPr="000F474A" w14:paraId="0FA17417" w14:textId="77777777" w:rsidTr="00816BF3">
        <w:tc>
          <w:tcPr>
            <w:tcW w:w="4252" w:type="dxa"/>
            <w:vAlign w:val="center"/>
          </w:tcPr>
          <w:p w14:paraId="57B8DE44" w14:textId="64B08587" w:rsidR="00A121F4" w:rsidRPr="000F474A" w:rsidRDefault="00D03A24" w:rsidP="005B28C5">
            <w:pPr>
              <w:jc w:val="both"/>
              <w:rPr>
                <w:rFonts w:cs="Times New Roman"/>
                <w:b/>
                <w:szCs w:val="26"/>
              </w:rPr>
            </w:pPr>
            <w:r w:rsidRPr="000F474A">
              <w:rPr>
                <w:rFonts w:eastAsia="Times New Roman" w:cs="Times New Roman"/>
                <w:szCs w:val="26"/>
              </w:rPr>
              <w:t>Điều 1</w:t>
            </w:r>
            <w:r w:rsidR="00BB2040" w:rsidRPr="000F474A">
              <w:rPr>
                <w:rFonts w:eastAsia="Times New Roman" w:cs="Times New Roman"/>
                <w:szCs w:val="26"/>
              </w:rPr>
              <w:t xml:space="preserve">. </w:t>
            </w:r>
            <w:bookmarkStart w:id="0" w:name="dieu_1_name"/>
            <w:r w:rsidR="00BB2040" w:rsidRPr="000F474A">
              <w:rPr>
                <w:rFonts w:cs="Times New Roman"/>
                <w:szCs w:val="26"/>
                <w:shd w:val="clear" w:color="auto" w:fill="FFFFFF"/>
              </w:rPr>
              <w:t>Ban hành kèm theo Quyết định này Quy chế tiếp nhận, xử lý thông tin cháy rừng các cấp; phối hợp huy động lực lượng, phương tiện, thiết bị chữa cháy rừng trên địa bàn tỉnh Quảng Ngãi</w:t>
            </w:r>
            <w:bookmarkEnd w:id="0"/>
            <w:r w:rsidRPr="000F474A">
              <w:rPr>
                <w:rFonts w:cs="Times New Roman"/>
                <w:szCs w:val="26"/>
                <w:shd w:val="clear" w:color="auto" w:fill="FFFFFF"/>
              </w:rPr>
              <w:t xml:space="preserve"> cũ (</w:t>
            </w:r>
            <w:r w:rsidRPr="000F474A">
              <w:rPr>
                <w:rFonts w:cs="Times New Roman"/>
                <w:i/>
                <w:szCs w:val="26"/>
                <w:shd w:val="clear" w:color="auto" w:fill="FFFFFF"/>
              </w:rPr>
              <w:t>đối với Quyết định số 47/2021/QĐ-UBND</w:t>
            </w:r>
            <w:r w:rsidRPr="000F474A">
              <w:rPr>
                <w:rFonts w:cs="Times New Roman"/>
                <w:szCs w:val="26"/>
                <w:shd w:val="clear" w:color="auto" w:fill="FFFFFF"/>
              </w:rPr>
              <w:t>) và trên địa bàn tỉnh Kon Tum cũ (</w:t>
            </w:r>
            <w:r w:rsidRPr="000F474A">
              <w:rPr>
                <w:rFonts w:cs="Times New Roman"/>
                <w:i/>
                <w:szCs w:val="26"/>
                <w:shd w:val="clear" w:color="auto" w:fill="FFFFFF"/>
              </w:rPr>
              <w:t xml:space="preserve">đối với Quyết định </w:t>
            </w:r>
            <w:r w:rsidRPr="000F474A">
              <w:rPr>
                <w:rFonts w:cs="Times New Roman"/>
                <w:i/>
                <w:szCs w:val="26"/>
                <w:shd w:val="clear" w:color="auto" w:fill="FFFFFF"/>
              </w:rPr>
              <w:lastRenderedPageBreak/>
              <w:t>số 33/2022/QĐ-UBND</w:t>
            </w:r>
            <w:r w:rsidRPr="000F474A">
              <w:rPr>
                <w:rFonts w:cs="Times New Roman"/>
                <w:szCs w:val="26"/>
                <w:shd w:val="clear" w:color="auto" w:fill="FFFFFF"/>
              </w:rPr>
              <w:t>)</w:t>
            </w:r>
          </w:p>
        </w:tc>
        <w:tc>
          <w:tcPr>
            <w:tcW w:w="3828" w:type="dxa"/>
            <w:vAlign w:val="center"/>
          </w:tcPr>
          <w:p w14:paraId="6A33AA52" w14:textId="324C6246" w:rsidR="00A121F4" w:rsidRPr="000F474A" w:rsidRDefault="00A121F4" w:rsidP="005B28C5">
            <w:pPr>
              <w:jc w:val="both"/>
              <w:rPr>
                <w:rFonts w:cs="Times New Roman"/>
                <w:szCs w:val="26"/>
              </w:rPr>
            </w:pPr>
            <w:r w:rsidRPr="000F474A">
              <w:rPr>
                <w:rFonts w:eastAsia="Times New Roman" w:cs="Times New Roman"/>
                <w:szCs w:val="26"/>
              </w:rPr>
              <w:lastRenderedPageBreak/>
              <w:t>Điều 1. Ban hành kèm theo Quyết định này Quy chế phối hợp huy động lực lượng, phương tiện, thiết bị chữa cháy rừng trên địa bàn tỉnh Quảng Ngãi.</w:t>
            </w:r>
          </w:p>
        </w:tc>
        <w:tc>
          <w:tcPr>
            <w:tcW w:w="5103" w:type="dxa"/>
            <w:vAlign w:val="center"/>
          </w:tcPr>
          <w:p w14:paraId="5B1A00E7" w14:textId="768515C3" w:rsidR="00A121F4" w:rsidRPr="000F474A" w:rsidRDefault="00A01C17" w:rsidP="005B28C5">
            <w:pPr>
              <w:jc w:val="both"/>
              <w:rPr>
                <w:rFonts w:eastAsia="Times New Roman" w:cs="Times New Roman"/>
                <w:szCs w:val="26"/>
              </w:rPr>
            </w:pPr>
            <w:r w:rsidRPr="000F474A">
              <w:rPr>
                <w:rFonts w:eastAsia="Times New Roman" w:cs="Times New Roman"/>
                <w:szCs w:val="26"/>
              </w:rPr>
              <w:t>Tên Qu</w:t>
            </w:r>
            <w:r w:rsidR="006E4CBA" w:rsidRPr="000F474A">
              <w:rPr>
                <w:rFonts w:eastAsia="Times New Roman" w:cs="Times New Roman"/>
                <w:szCs w:val="26"/>
              </w:rPr>
              <w:t>y chế</w:t>
            </w:r>
            <w:r w:rsidRPr="000F474A">
              <w:rPr>
                <w:rFonts w:eastAsia="Times New Roman" w:cs="Times New Roman"/>
                <w:szCs w:val="26"/>
              </w:rPr>
              <w:t xml:space="preserve"> có sự thay đổi</w:t>
            </w:r>
            <w:r w:rsidR="006E4CBA" w:rsidRPr="000F474A">
              <w:rPr>
                <w:rFonts w:eastAsia="Times New Roman" w:cs="Times New Roman"/>
                <w:szCs w:val="26"/>
              </w:rPr>
              <w:t xml:space="preserve"> </w:t>
            </w:r>
            <w:r w:rsidR="00A121F4" w:rsidRPr="000F474A">
              <w:rPr>
                <w:rFonts w:eastAsia="Times New Roman" w:cs="Times New Roman"/>
                <w:szCs w:val="26"/>
              </w:rPr>
              <w:t xml:space="preserve">bảo đảm phù hợp quy định tại </w:t>
            </w:r>
            <w:r w:rsidRPr="000F474A">
              <w:rPr>
                <w:rFonts w:eastAsia="Times New Roman" w:cs="Times New Roman"/>
                <w:szCs w:val="26"/>
              </w:rPr>
              <w:t xml:space="preserve">khoản 3 Điều </w:t>
            </w:r>
            <w:r w:rsidR="006E4CBA" w:rsidRPr="000F474A">
              <w:rPr>
                <w:rFonts w:eastAsia="Times New Roman" w:cs="Times New Roman"/>
                <w:szCs w:val="26"/>
              </w:rPr>
              <w:t xml:space="preserve">25 </w:t>
            </w:r>
            <w:r w:rsidR="00A121F4" w:rsidRPr="000F474A">
              <w:rPr>
                <w:rFonts w:eastAsia="Times New Roman" w:cs="Times New Roman"/>
                <w:szCs w:val="26"/>
              </w:rPr>
              <w:t>Nghị định số 42/2026/NĐ-CP.</w:t>
            </w:r>
          </w:p>
        </w:tc>
      </w:tr>
      <w:tr w:rsidR="000F474A" w:rsidRPr="000F474A" w14:paraId="67B098DE" w14:textId="77777777" w:rsidTr="00816BF3">
        <w:trPr>
          <w:trHeight w:val="1925"/>
        </w:trPr>
        <w:tc>
          <w:tcPr>
            <w:tcW w:w="4252" w:type="dxa"/>
            <w:vAlign w:val="center"/>
          </w:tcPr>
          <w:p w14:paraId="1ECCE901" w14:textId="718E9B9C" w:rsidR="00A121F4" w:rsidRPr="000F474A" w:rsidRDefault="006E4CBA" w:rsidP="005B28C5">
            <w:pPr>
              <w:jc w:val="both"/>
              <w:rPr>
                <w:rFonts w:cs="Times New Roman"/>
                <w:b/>
                <w:szCs w:val="26"/>
              </w:rPr>
            </w:pPr>
            <w:r w:rsidRPr="000F474A">
              <w:rPr>
                <w:rFonts w:eastAsia="Times New Roman" w:cs="Times New Roman"/>
                <w:szCs w:val="26"/>
              </w:rPr>
              <w:t>Điều 2. Q</w:t>
            </w:r>
            <w:r w:rsidR="00A121F4" w:rsidRPr="000F474A">
              <w:rPr>
                <w:rFonts w:eastAsia="Times New Roman" w:cs="Times New Roman"/>
                <w:szCs w:val="26"/>
              </w:rPr>
              <w:t>uy định hiệu lực thi hành</w:t>
            </w:r>
            <w:r w:rsidRPr="000F474A">
              <w:rPr>
                <w:rFonts w:eastAsia="Times New Roman" w:cs="Times New Roman"/>
                <w:szCs w:val="26"/>
              </w:rPr>
              <w:t xml:space="preserve"> của Quyết định</w:t>
            </w:r>
          </w:p>
        </w:tc>
        <w:tc>
          <w:tcPr>
            <w:tcW w:w="3828" w:type="dxa"/>
            <w:vAlign w:val="center"/>
          </w:tcPr>
          <w:p w14:paraId="36137D57" w14:textId="253CAFA0" w:rsidR="00A121F4" w:rsidRPr="000F474A" w:rsidRDefault="00A121F4" w:rsidP="005B28C5">
            <w:pPr>
              <w:jc w:val="both"/>
              <w:rPr>
                <w:rFonts w:cs="Times New Roman"/>
                <w:szCs w:val="26"/>
              </w:rPr>
            </w:pPr>
            <w:r w:rsidRPr="000F474A">
              <w:rPr>
                <w:rFonts w:eastAsia="Times New Roman" w:cs="Times New Roman"/>
                <w:szCs w:val="26"/>
              </w:rPr>
              <w:t>Điều 2. Quy định hiệu lực thi hành</w:t>
            </w:r>
            <w:r w:rsidR="00001AFB" w:rsidRPr="000F474A">
              <w:rPr>
                <w:rFonts w:eastAsia="Times New Roman" w:cs="Times New Roman"/>
                <w:szCs w:val="26"/>
              </w:rPr>
              <w:t xml:space="preserve"> của Qu</w:t>
            </w:r>
            <w:r w:rsidR="00816BF3" w:rsidRPr="000F474A">
              <w:rPr>
                <w:rFonts w:eastAsia="Times New Roman" w:cs="Times New Roman"/>
                <w:szCs w:val="26"/>
              </w:rPr>
              <w:t xml:space="preserve">yết định và công bố </w:t>
            </w:r>
            <w:r w:rsidRPr="000F474A">
              <w:rPr>
                <w:rFonts w:eastAsia="Times New Roman" w:cs="Times New Roman"/>
                <w:szCs w:val="26"/>
              </w:rPr>
              <w:t>Quyết định số 4</w:t>
            </w:r>
            <w:r w:rsidR="00816BF3" w:rsidRPr="000F474A">
              <w:rPr>
                <w:rFonts w:eastAsia="Times New Roman" w:cs="Times New Roman"/>
                <w:szCs w:val="26"/>
              </w:rPr>
              <w:t>7/2021/QĐ-UBND và Quyết định số 33/2022/QĐ-UBND hết hiệu lực thi hành</w:t>
            </w:r>
            <w:r w:rsidR="00246691" w:rsidRPr="000F474A">
              <w:rPr>
                <w:rFonts w:eastAsia="Times New Roman" w:cs="Times New Roman"/>
                <w:szCs w:val="26"/>
              </w:rPr>
              <w:t>.</w:t>
            </w:r>
          </w:p>
        </w:tc>
        <w:tc>
          <w:tcPr>
            <w:tcW w:w="5103" w:type="dxa"/>
            <w:vAlign w:val="center"/>
          </w:tcPr>
          <w:p w14:paraId="24BC525E" w14:textId="329DE5A3" w:rsidR="00A121F4" w:rsidRPr="000F474A" w:rsidRDefault="00246691" w:rsidP="00F16119">
            <w:pPr>
              <w:jc w:val="both"/>
              <w:rPr>
                <w:rFonts w:cs="Times New Roman"/>
                <w:szCs w:val="26"/>
              </w:rPr>
            </w:pPr>
            <w:r w:rsidRPr="000F474A">
              <w:rPr>
                <w:rFonts w:eastAsia="Times New Roman" w:cs="Times New Roman"/>
                <w:szCs w:val="26"/>
              </w:rPr>
              <w:t xml:space="preserve">Việc bổ sung nội dung công bố Quyết định số 47/2021/QĐ-UBND và Quyết định số 33/2022/QĐ-UBND hết hiệu lực thi hành. </w:t>
            </w:r>
            <w:r w:rsidR="00A121F4" w:rsidRPr="000F474A">
              <w:rPr>
                <w:rFonts w:eastAsia="Times New Roman" w:cs="Times New Roman"/>
                <w:szCs w:val="26"/>
              </w:rPr>
              <w:t xml:space="preserve">nhằm </w:t>
            </w:r>
            <w:r w:rsidRPr="000F474A">
              <w:rPr>
                <w:rFonts w:eastAsia="Times New Roman" w:cs="Times New Roman"/>
                <w:szCs w:val="26"/>
              </w:rPr>
              <w:t xml:space="preserve">xử lý văn bản pháp luật không còn phù hợp </w:t>
            </w:r>
            <w:r w:rsidR="00A121F4" w:rsidRPr="000F474A">
              <w:rPr>
                <w:rFonts w:eastAsia="Times New Roman" w:cs="Times New Roman"/>
                <w:szCs w:val="26"/>
              </w:rPr>
              <w:t xml:space="preserve">bảo đảm thống nhất </w:t>
            </w:r>
            <w:r w:rsidR="00F16119" w:rsidRPr="000F474A">
              <w:rPr>
                <w:rFonts w:eastAsia="Times New Roman" w:cs="Times New Roman"/>
                <w:szCs w:val="26"/>
              </w:rPr>
              <w:t>trong triển khai thực hiện.</w:t>
            </w:r>
            <w:r w:rsidR="00A121F4" w:rsidRPr="000F474A">
              <w:rPr>
                <w:rFonts w:eastAsia="Times New Roman" w:cs="Times New Roman"/>
                <w:szCs w:val="26"/>
              </w:rPr>
              <w:t xml:space="preserve"> </w:t>
            </w:r>
          </w:p>
        </w:tc>
      </w:tr>
      <w:tr w:rsidR="000F474A" w:rsidRPr="000F474A" w14:paraId="55E4C984" w14:textId="77777777" w:rsidTr="00816BF3">
        <w:tc>
          <w:tcPr>
            <w:tcW w:w="4252" w:type="dxa"/>
            <w:vAlign w:val="center"/>
          </w:tcPr>
          <w:p w14:paraId="66DFF805" w14:textId="4867F03D" w:rsidR="00A121F4" w:rsidRPr="000F474A" w:rsidRDefault="009B4551" w:rsidP="005B28C5">
            <w:pPr>
              <w:jc w:val="both"/>
              <w:rPr>
                <w:rFonts w:cs="Times New Roman"/>
                <w:b/>
                <w:szCs w:val="26"/>
              </w:rPr>
            </w:pPr>
            <w:r w:rsidRPr="000F474A">
              <w:rPr>
                <w:rFonts w:eastAsia="Times New Roman" w:cs="Times New Roman"/>
                <w:szCs w:val="26"/>
              </w:rPr>
              <w:t xml:space="preserve">Điều 3. Quy định </w:t>
            </w:r>
            <w:r w:rsidR="00C91DC6" w:rsidRPr="000F474A">
              <w:rPr>
                <w:rFonts w:eastAsia="Times New Roman" w:cs="Times New Roman"/>
                <w:szCs w:val="26"/>
              </w:rPr>
              <w:t>trách nh</w:t>
            </w:r>
            <w:r w:rsidR="00A23445" w:rsidRPr="000F474A">
              <w:rPr>
                <w:rFonts w:eastAsia="Times New Roman" w:cs="Times New Roman"/>
                <w:szCs w:val="26"/>
              </w:rPr>
              <w:t>iệm thi</w:t>
            </w:r>
            <w:r w:rsidR="00C91DC6" w:rsidRPr="000F474A">
              <w:rPr>
                <w:rFonts w:eastAsia="Times New Roman" w:cs="Times New Roman"/>
                <w:szCs w:val="26"/>
              </w:rPr>
              <w:t xml:space="preserve"> hành của các Sở, ban, ngành</w:t>
            </w:r>
            <w:r w:rsidR="00A23445" w:rsidRPr="000F474A">
              <w:rPr>
                <w:rFonts w:eastAsia="Times New Roman" w:cs="Times New Roman"/>
                <w:szCs w:val="26"/>
              </w:rPr>
              <w:t xml:space="preserve">, </w:t>
            </w:r>
            <w:r w:rsidR="00C91DC6" w:rsidRPr="000F474A">
              <w:rPr>
                <w:rFonts w:eastAsia="Times New Roman" w:cs="Times New Roman"/>
                <w:szCs w:val="26"/>
              </w:rPr>
              <w:t xml:space="preserve">cơ quan, </w:t>
            </w:r>
            <w:r w:rsidR="008930C7" w:rsidRPr="000F474A">
              <w:rPr>
                <w:rFonts w:eastAsia="Times New Roman" w:cs="Times New Roman"/>
                <w:szCs w:val="26"/>
              </w:rPr>
              <w:t xml:space="preserve">đơn vị </w:t>
            </w:r>
            <w:r w:rsidR="00C91DC6" w:rsidRPr="000F474A">
              <w:rPr>
                <w:rFonts w:eastAsia="Times New Roman" w:cs="Times New Roman"/>
                <w:szCs w:val="26"/>
              </w:rPr>
              <w:t>địa phương cấp</w:t>
            </w:r>
            <w:r w:rsidR="00A23445" w:rsidRPr="000F474A">
              <w:rPr>
                <w:rFonts w:eastAsia="Times New Roman" w:cs="Times New Roman"/>
                <w:szCs w:val="26"/>
              </w:rPr>
              <w:t xml:space="preserve"> tỉnh,</w:t>
            </w:r>
            <w:r w:rsidR="00C91DC6" w:rsidRPr="000F474A">
              <w:rPr>
                <w:rFonts w:eastAsia="Times New Roman" w:cs="Times New Roman"/>
                <w:szCs w:val="26"/>
              </w:rPr>
              <w:t xml:space="preserve"> huyện</w:t>
            </w:r>
            <w:r w:rsidR="00A23445" w:rsidRPr="000F474A">
              <w:rPr>
                <w:rFonts w:eastAsia="Times New Roman" w:cs="Times New Roman"/>
                <w:szCs w:val="26"/>
              </w:rPr>
              <w:t xml:space="preserve"> và xã, các tổ chức</w:t>
            </w:r>
            <w:r w:rsidR="008930C7" w:rsidRPr="000F474A">
              <w:rPr>
                <w:rFonts w:eastAsia="Times New Roman" w:cs="Times New Roman"/>
                <w:szCs w:val="26"/>
              </w:rPr>
              <w:t xml:space="preserve"> </w:t>
            </w:r>
            <w:r w:rsidR="00A23445" w:rsidRPr="000F474A">
              <w:rPr>
                <w:rFonts w:eastAsia="Times New Roman" w:cs="Times New Roman"/>
                <w:szCs w:val="26"/>
              </w:rPr>
              <w:t>cá nhân có liên quan</w:t>
            </w:r>
            <w:r w:rsidRPr="000F474A">
              <w:rPr>
                <w:rFonts w:eastAsia="Times New Roman" w:cs="Times New Roman"/>
                <w:szCs w:val="26"/>
              </w:rPr>
              <w:t xml:space="preserve"> </w:t>
            </w:r>
          </w:p>
        </w:tc>
        <w:tc>
          <w:tcPr>
            <w:tcW w:w="3828" w:type="dxa"/>
            <w:vAlign w:val="center"/>
          </w:tcPr>
          <w:p w14:paraId="393AD579" w14:textId="7B177353" w:rsidR="00A121F4" w:rsidRPr="000F474A" w:rsidRDefault="00A121F4" w:rsidP="004B6E38">
            <w:pPr>
              <w:jc w:val="both"/>
              <w:rPr>
                <w:rFonts w:eastAsia="Times New Roman" w:cs="Times New Roman"/>
                <w:szCs w:val="26"/>
              </w:rPr>
            </w:pPr>
            <w:r w:rsidRPr="000F474A">
              <w:rPr>
                <w:rFonts w:eastAsia="Times New Roman" w:cs="Times New Roman"/>
                <w:szCs w:val="26"/>
              </w:rPr>
              <w:t xml:space="preserve">Điều 3. </w:t>
            </w:r>
            <w:r w:rsidR="004B6E38" w:rsidRPr="000F474A">
              <w:rPr>
                <w:rFonts w:eastAsia="Times New Roman" w:cs="Times New Roman"/>
                <w:szCs w:val="26"/>
              </w:rPr>
              <w:t>Tổ chức thực hiện: Q</w:t>
            </w:r>
            <w:r w:rsidRPr="000F474A">
              <w:rPr>
                <w:rFonts w:eastAsia="Times New Roman" w:cs="Times New Roman"/>
                <w:szCs w:val="26"/>
              </w:rPr>
              <w:t xml:space="preserve">uy định trách nhiệm </w:t>
            </w:r>
            <w:r w:rsidR="00A23445" w:rsidRPr="000F474A">
              <w:rPr>
                <w:rFonts w:eastAsia="Times New Roman" w:cs="Times New Roman"/>
                <w:szCs w:val="26"/>
              </w:rPr>
              <w:t xml:space="preserve">thi hành của </w:t>
            </w:r>
            <w:r w:rsidR="008930C7" w:rsidRPr="000F474A">
              <w:rPr>
                <w:rFonts w:eastAsia="Times New Roman" w:cs="Times New Roman"/>
                <w:szCs w:val="26"/>
              </w:rPr>
              <w:t>các Sở, ban, ngành, cơ quan, đơn vị địa phương cấp tỉnh, xã, các tổ chức cá nhân có liên quan</w:t>
            </w:r>
          </w:p>
        </w:tc>
        <w:tc>
          <w:tcPr>
            <w:tcW w:w="5103" w:type="dxa"/>
            <w:vAlign w:val="center"/>
          </w:tcPr>
          <w:p w14:paraId="211C4DE3" w14:textId="5BDB3B74" w:rsidR="00A121F4" w:rsidRPr="000F474A" w:rsidRDefault="00AA1FDC" w:rsidP="005B28C5">
            <w:pPr>
              <w:jc w:val="both"/>
              <w:rPr>
                <w:rFonts w:cs="Times New Roman"/>
                <w:szCs w:val="26"/>
              </w:rPr>
            </w:pPr>
            <w:r w:rsidRPr="000F474A">
              <w:rPr>
                <w:rFonts w:eastAsia="Times New Roman" w:cs="Times New Roman"/>
                <w:szCs w:val="26"/>
              </w:rPr>
              <w:t>Có sự đ</w:t>
            </w:r>
            <w:r w:rsidR="00A121F4" w:rsidRPr="000F474A">
              <w:rPr>
                <w:rFonts w:eastAsia="Times New Roman" w:cs="Times New Roman"/>
                <w:szCs w:val="26"/>
              </w:rPr>
              <w:t xml:space="preserve">iều chỉnh </w:t>
            </w:r>
            <w:r w:rsidRPr="000F474A">
              <w:rPr>
                <w:rFonts w:eastAsia="Times New Roman" w:cs="Times New Roman"/>
                <w:szCs w:val="26"/>
              </w:rPr>
              <w:t>về cơ quan, đơn vị, địa phương</w:t>
            </w:r>
            <w:r w:rsidR="00A121F4" w:rsidRPr="000F474A">
              <w:rPr>
                <w:rFonts w:eastAsia="Times New Roman" w:cs="Times New Roman"/>
                <w:szCs w:val="26"/>
              </w:rPr>
              <w:t xml:space="preserve"> </w:t>
            </w:r>
            <w:r w:rsidRPr="000F474A">
              <w:rPr>
                <w:rFonts w:eastAsia="Times New Roman" w:cs="Times New Roman"/>
                <w:szCs w:val="26"/>
              </w:rPr>
              <w:t xml:space="preserve">để </w:t>
            </w:r>
            <w:r w:rsidR="00A121F4" w:rsidRPr="000F474A">
              <w:rPr>
                <w:rFonts w:eastAsia="Times New Roman" w:cs="Times New Roman"/>
                <w:szCs w:val="26"/>
              </w:rPr>
              <w:t>phù hợp với mô hình chính quyền địa phương 02 cấp</w:t>
            </w:r>
            <w:r w:rsidR="008930C7" w:rsidRPr="000F474A">
              <w:rPr>
                <w:rFonts w:eastAsia="Times New Roman" w:cs="Times New Roman"/>
                <w:szCs w:val="26"/>
              </w:rPr>
              <w:t xml:space="preserve"> (không có cơ quan, đơn vị cấp huyện)</w:t>
            </w:r>
          </w:p>
        </w:tc>
      </w:tr>
    </w:tbl>
    <w:p w14:paraId="61D058E6" w14:textId="7D0A4772" w:rsidR="0033327E" w:rsidRPr="00DE0490" w:rsidRDefault="0033327E" w:rsidP="006D6950">
      <w:pPr>
        <w:spacing w:before="120" w:after="120"/>
        <w:rPr>
          <w:rFonts w:cs="Times New Roman"/>
          <w:b/>
          <w:bCs/>
          <w:sz w:val="28"/>
          <w:szCs w:val="28"/>
        </w:rPr>
      </w:pPr>
      <w:r w:rsidRPr="000F474A">
        <w:rPr>
          <w:rFonts w:cs="Times New Roman"/>
          <w:szCs w:val="26"/>
        </w:rPr>
        <w:tab/>
      </w:r>
      <w:r w:rsidRPr="00DE0490">
        <w:rPr>
          <w:rFonts w:cs="Times New Roman"/>
          <w:b/>
          <w:bCs/>
          <w:sz w:val="28"/>
          <w:szCs w:val="28"/>
        </w:rPr>
        <w:t>2. Đối với dự thảo Quy chế ban hành kèm theo Quyết định</w:t>
      </w:r>
    </w:p>
    <w:tbl>
      <w:tblPr>
        <w:tblStyle w:val="TableGrid"/>
        <w:tblW w:w="13041" w:type="dxa"/>
        <w:tblInd w:w="392" w:type="dxa"/>
        <w:tblLook w:val="04A0" w:firstRow="1" w:lastRow="0" w:firstColumn="1" w:lastColumn="0" w:noHBand="0" w:noVBand="1"/>
      </w:tblPr>
      <w:tblGrid>
        <w:gridCol w:w="5670"/>
        <w:gridCol w:w="3686"/>
        <w:gridCol w:w="3685"/>
      </w:tblGrid>
      <w:tr w:rsidR="000F474A" w:rsidRPr="000F474A" w14:paraId="1DFB2933" w14:textId="77777777" w:rsidTr="00E60104">
        <w:trPr>
          <w:trHeight w:val="359"/>
          <w:tblHeader/>
        </w:trPr>
        <w:tc>
          <w:tcPr>
            <w:tcW w:w="5670" w:type="dxa"/>
          </w:tcPr>
          <w:p w14:paraId="638CE395" w14:textId="6A8EC442" w:rsidR="00AA1FDC" w:rsidRPr="000F474A" w:rsidRDefault="00AA1FDC" w:rsidP="00AA1FDC">
            <w:pPr>
              <w:jc w:val="center"/>
              <w:rPr>
                <w:rFonts w:cs="Times New Roman"/>
                <w:b/>
                <w:bCs/>
                <w:szCs w:val="26"/>
              </w:rPr>
            </w:pPr>
            <w:r w:rsidRPr="000F474A">
              <w:rPr>
                <w:rFonts w:eastAsia="Times New Roman" w:cs="Times New Roman"/>
                <w:b/>
                <w:bCs/>
                <w:szCs w:val="26"/>
                <w:lang w:val="sv-SE"/>
              </w:rPr>
              <w:t xml:space="preserve">QUY CHẾ BAN HÀNH  KÈM THEO QUYẾT ĐỊNH SỐ 47/2021/QĐ-UBND và QUYẾT ĐỊNH SỐ 33/2022/QĐ-UBND </w:t>
            </w:r>
          </w:p>
        </w:tc>
        <w:tc>
          <w:tcPr>
            <w:tcW w:w="3686" w:type="dxa"/>
            <w:vAlign w:val="center"/>
          </w:tcPr>
          <w:p w14:paraId="2F03B9CD" w14:textId="4545C183" w:rsidR="00AA1FDC" w:rsidRPr="000F474A" w:rsidRDefault="00AA1FDC" w:rsidP="00AA1FDC">
            <w:pPr>
              <w:jc w:val="center"/>
              <w:rPr>
                <w:rFonts w:cs="Times New Roman"/>
                <w:b/>
                <w:bCs/>
                <w:szCs w:val="26"/>
              </w:rPr>
            </w:pPr>
            <w:r w:rsidRPr="000F474A">
              <w:rPr>
                <w:rFonts w:eastAsia="Yu Gothic" w:cs="Times New Roman"/>
                <w:b/>
                <w:bCs/>
                <w:szCs w:val="26"/>
                <w:lang w:val="sv-SE"/>
              </w:rPr>
              <w:t>DỰ THẢO QUY CHẾ BAN HÀNH KÈM THEO QUYẾT ĐỊNH CỦA ỦY BAN NHÂN DÂN TỈNH</w:t>
            </w:r>
          </w:p>
        </w:tc>
        <w:tc>
          <w:tcPr>
            <w:tcW w:w="3685" w:type="dxa"/>
            <w:vAlign w:val="center"/>
          </w:tcPr>
          <w:p w14:paraId="3CFBABD0" w14:textId="4C2744F2" w:rsidR="00AA1FDC" w:rsidRPr="000F474A" w:rsidRDefault="00AA1FDC" w:rsidP="00AA1FDC">
            <w:pPr>
              <w:jc w:val="center"/>
              <w:rPr>
                <w:rFonts w:cs="Times New Roman"/>
                <w:b/>
                <w:bCs/>
                <w:szCs w:val="26"/>
              </w:rPr>
            </w:pPr>
            <w:r w:rsidRPr="000F474A">
              <w:rPr>
                <w:rFonts w:eastAsia="Yu Gothic" w:cs="Times New Roman"/>
                <w:b/>
                <w:bCs/>
                <w:szCs w:val="26"/>
              </w:rPr>
              <w:t>THUYẾT MINH</w:t>
            </w:r>
          </w:p>
        </w:tc>
      </w:tr>
      <w:tr w:rsidR="000F474A" w:rsidRPr="000F474A" w14:paraId="7E5DC8D8" w14:textId="77777777" w:rsidTr="00771D97">
        <w:trPr>
          <w:trHeight w:val="359"/>
        </w:trPr>
        <w:tc>
          <w:tcPr>
            <w:tcW w:w="5670" w:type="dxa"/>
            <w:vAlign w:val="center"/>
          </w:tcPr>
          <w:p w14:paraId="110BC6C0" w14:textId="38F27B32" w:rsidR="00AA1FDC" w:rsidRPr="000F474A" w:rsidRDefault="003363D8" w:rsidP="00FB43C3">
            <w:pPr>
              <w:jc w:val="both"/>
              <w:rPr>
                <w:rFonts w:eastAsia="Times New Roman" w:cs="Times New Roman"/>
                <w:szCs w:val="26"/>
              </w:rPr>
            </w:pPr>
            <w:r w:rsidRPr="000F474A">
              <w:rPr>
                <w:rFonts w:eastAsia="Times New Roman" w:cs="Times New Roman"/>
                <w:szCs w:val="26"/>
              </w:rPr>
              <w:t xml:space="preserve">Điều 1. </w:t>
            </w:r>
            <w:r w:rsidR="00AA1FDC" w:rsidRPr="000F474A">
              <w:rPr>
                <w:rFonts w:eastAsia="Times New Roman" w:cs="Times New Roman"/>
                <w:szCs w:val="26"/>
              </w:rPr>
              <w:t xml:space="preserve">Phạm vi điều chỉnh và đối tượng </w:t>
            </w:r>
            <w:r w:rsidR="007105E7" w:rsidRPr="000F474A">
              <w:rPr>
                <w:rFonts w:eastAsia="Times New Roman" w:cs="Times New Roman"/>
                <w:szCs w:val="26"/>
              </w:rPr>
              <w:t>áp dụng</w:t>
            </w:r>
          </w:p>
          <w:p w14:paraId="00636C63" w14:textId="77777777" w:rsidR="004B6E38" w:rsidRPr="000F474A" w:rsidRDefault="00EF48AA" w:rsidP="00FB43C3">
            <w:pPr>
              <w:pStyle w:val="ListParagraph"/>
              <w:numPr>
                <w:ilvl w:val="0"/>
                <w:numId w:val="10"/>
              </w:numPr>
              <w:tabs>
                <w:tab w:val="left" w:pos="254"/>
              </w:tabs>
              <w:ind w:left="0" w:firstLine="38"/>
              <w:jc w:val="both"/>
              <w:rPr>
                <w:rFonts w:eastAsia="Times New Roman" w:cs="Times New Roman"/>
                <w:szCs w:val="26"/>
              </w:rPr>
            </w:pPr>
            <w:r w:rsidRPr="000F474A">
              <w:rPr>
                <w:rFonts w:cs="Times New Roman"/>
                <w:bCs/>
                <w:szCs w:val="26"/>
                <w:shd w:val="clear" w:color="auto" w:fill="FFFFFF"/>
              </w:rPr>
              <w:t xml:space="preserve">Quyết định số 47/2021/QĐ-UBND: </w:t>
            </w:r>
          </w:p>
          <w:p w14:paraId="7F8530C9" w14:textId="77777777" w:rsidR="004B6E38" w:rsidRPr="000F474A" w:rsidRDefault="004B6E38" w:rsidP="00FB43C3">
            <w:pPr>
              <w:pStyle w:val="ListParagraph"/>
              <w:tabs>
                <w:tab w:val="left" w:pos="254"/>
              </w:tabs>
              <w:ind w:left="38"/>
              <w:jc w:val="both"/>
              <w:rPr>
                <w:rFonts w:cs="Times New Roman"/>
                <w:szCs w:val="26"/>
                <w:shd w:val="clear" w:color="auto" w:fill="FFFFFF"/>
              </w:rPr>
            </w:pPr>
            <w:r w:rsidRPr="000F474A">
              <w:rPr>
                <w:rFonts w:cs="Times New Roman"/>
                <w:bCs/>
                <w:szCs w:val="26"/>
                <w:shd w:val="clear" w:color="auto" w:fill="FFFFFF"/>
              </w:rPr>
              <w:t xml:space="preserve">+ Phạm vi điều chỉnh: </w:t>
            </w:r>
            <w:r w:rsidRPr="000F474A">
              <w:rPr>
                <w:rFonts w:cs="Times New Roman"/>
                <w:szCs w:val="26"/>
                <w:shd w:val="clear" w:color="auto" w:fill="FFFFFF"/>
              </w:rPr>
              <w:t>Q</w:t>
            </w:r>
            <w:r w:rsidR="00EF48AA" w:rsidRPr="000F474A">
              <w:rPr>
                <w:rFonts w:cs="Times New Roman"/>
                <w:szCs w:val="26"/>
                <w:shd w:val="clear" w:color="auto" w:fill="FFFFFF"/>
              </w:rPr>
              <w:t>uy định về nội dung tiếp nhận, xử lý thông tin cháy rừng các cấp; phối hợp huy động lực lượng, phương tiện, thiết bị chữa cháy rừng và trách nhiệm của các cơ quan, tổ chức, chủ rừng, cá nhân có liên quan tham gia phối hợp chữa cháy rừng trên địa bàn tỉnh Quảng Ngãi</w:t>
            </w:r>
            <w:r w:rsidRPr="000F474A">
              <w:rPr>
                <w:rFonts w:cs="Times New Roman"/>
                <w:szCs w:val="26"/>
                <w:shd w:val="clear" w:color="auto" w:fill="FFFFFF"/>
              </w:rPr>
              <w:t>.</w:t>
            </w:r>
          </w:p>
          <w:p w14:paraId="2264F277" w14:textId="3A866290" w:rsidR="00AA1FDC" w:rsidRPr="000F474A" w:rsidRDefault="004B6E38" w:rsidP="00FB43C3">
            <w:pPr>
              <w:tabs>
                <w:tab w:val="left" w:pos="254"/>
              </w:tabs>
              <w:jc w:val="both"/>
              <w:rPr>
                <w:rFonts w:eastAsia="Times New Roman" w:cs="Times New Roman"/>
                <w:szCs w:val="26"/>
              </w:rPr>
            </w:pPr>
            <w:r w:rsidRPr="000F474A">
              <w:rPr>
                <w:rFonts w:cs="Times New Roman"/>
                <w:szCs w:val="26"/>
                <w:shd w:val="clear" w:color="auto" w:fill="FFFFFF"/>
              </w:rPr>
              <w:t xml:space="preserve">+ Đối tượng áp dụng đối với các cơ quan nhà nước, tổ chức, hộ gia đình, cá nhân, cộng đồng dân cư </w:t>
            </w:r>
            <w:r w:rsidRPr="000F474A">
              <w:rPr>
                <w:rFonts w:cs="Times New Roman"/>
                <w:szCs w:val="26"/>
                <w:shd w:val="clear" w:color="auto" w:fill="FFFFFF"/>
              </w:rPr>
              <w:lastRenderedPageBreak/>
              <w:t>trong nước và các tổ chức, cá nhân nước ngoài có liên quan đến hoạt động chữa cháy rừng trên địa bàn tỉnh Quảng Ngãi.</w:t>
            </w:r>
          </w:p>
          <w:p w14:paraId="15BFAD3B" w14:textId="77777777" w:rsidR="00CC2505" w:rsidRPr="000F474A" w:rsidRDefault="004B6E38" w:rsidP="00FB43C3">
            <w:pPr>
              <w:pStyle w:val="ListParagraph"/>
              <w:numPr>
                <w:ilvl w:val="0"/>
                <w:numId w:val="10"/>
              </w:numPr>
              <w:tabs>
                <w:tab w:val="left" w:pos="254"/>
              </w:tabs>
              <w:ind w:left="0" w:firstLine="38"/>
              <w:jc w:val="both"/>
              <w:rPr>
                <w:rFonts w:eastAsia="Times New Roman" w:cs="Times New Roman"/>
                <w:szCs w:val="26"/>
              </w:rPr>
            </w:pPr>
            <w:r w:rsidRPr="000F474A">
              <w:rPr>
                <w:rFonts w:cs="Times New Roman"/>
                <w:szCs w:val="26"/>
                <w:shd w:val="clear" w:color="auto" w:fill="FFFFFF"/>
              </w:rPr>
              <w:t xml:space="preserve">Quyết định số 33/2022/QĐ-UBND: </w:t>
            </w:r>
          </w:p>
          <w:p w14:paraId="03E41BCF" w14:textId="6949D5D3" w:rsidR="004B6E38" w:rsidRPr="000F474A" w:rsidRDefault="00CC2505" w:rsidP="00FB43C3">
            <w:pPr>
              <w:pStyle w:val="ListParagraph"/>
              <w:tabs>
                <w:tab w:val="left" w:pos="254"/>
              </w:tabs>
              <w:ind w:left="38"/>
              <w:jc w:val="both"/>
              <w:rPr>
                <w:rFonts w:eastAsia="Times New Roman" w:cs="Times New Roman"/>
                <w:szCs w:val="26"/>
              </w:rPr>
            </w:pPr>
            <w:r w:rsidRPr="000F474A">
              <w:rPr>
                <w:rFonts w:cs="Times New Roman"/>
                <w:szCs w:val="26"/>
                <w:shd w:val="clear" w:color="auto" w:fill="FFFFFF"/>
              </w:rPr>
              <w:t xml:space="preserve">+ Phạm vi điều chỉnh: </w:t>
            </w:r>
            <w:r w:rsidR="004B6E38" w:rsidRPr="000F474A">
              <w:rPr>
                <w:rFonts w:cs="Times New Roman"/>
                <w:szCs w:val="26"/>
                <w:shd w:val="clear" w:color="auto" w:fill="FFFFFF"/>
              </w:rPr>
              <w:t>Quy định nguyên tắc tiếp nhận, xử lý thông tin; nguyên tắc phối hợp huy động lực lượng, phương tiện, thiết bị chữa cháy rừng; nội dung tiếp nhận, xử lý thông tin cháy rừng của từng cấp; nội dung phối hợp huy động lực lượng, phương tiện, thiết bị chữa cháy rừng và trách nhiệm cơ quan,</w:t>
            </w:r>
            <w:r w:rsidRPr="000F474A">
              <w:rPr>
                <w:rFonts w:cs="Times New Roman"/>
                <w:szCs w:val="26"/>
                <w:shd w:val="clear" w:color="auto" w:fill="FFFFFF"/>
              </w:rPr>
              <w:t xml:space="preserve"> đơn vị, địa phương,</w:t>
            </w:r>
            <w:r w:rsidR="004B6E38" w:rsidRPr="000F474A">
              <w:rPr>
                <w:rFonts w:cs="Times New Roman"/>
                <w:szCs w:val="26"/>
                <w:shd w:val="clear" w:color="auto" w:fill="FFFFFF"/>
              </w:rPr>
              <w:t xml:space="preserve"> tổ chức, hộ gia đình và cá nhân </w:t>
            </w:r>
            <w:r w:rsidRPr="000F474A">
              <w:rPr>
                <w:rFonts w:cs="Times New Roman"/>
                <w:szCs w:val="26"/>
                <w:shd w:val="clear" w:color="auto" w:fill="FFFFFF"/>
              </w:rPr>
              <w:t xml:space="preserve">có liên quan </w:t>
            </w:r>
            <w:r w:rsidR="004B6E38" w:rsidRPr="000F474A">
              <w:rPr>
                <w:rFonts w:cs="Times New Roman"/>
                <w:szCs w:val="26"/>
                <w:shd w:val="clear" w:color="auto" w:fill="FFFFFF"/>
              </w:rPr>
              <w:t>trên địa bàn tỉnh.</w:t>
            </w:r>
          </w:p>
          <w:p w14:paraId="5BB04E47" w14:textId="511FD68B" w:rsidR="004B6E38" w:rsidRPr="000F474A" w:rsidRDefault="00CC2505" w:rsidP="000F474A">
            <w:pPr>
              <w:pStyle w:val="NormalWeb"/>
              <w:shd w:val="clear" w:color="auto" w:fill="FFFFFF"/>
              <w:spacing w:before="120" w:beforeAutospacing="0" w:after="120" w:afterAutospacing="0" w:line="234" w:lineRule="atLeast"/>
              <w:jc w:val="both"/>
              <w:rPr>
                <w:szCs w:val="26"/>
              </w:rPr>
            </w:pPr>
            <w:r w:rsidRPr="000F474A">
              <w:rPr>
                <w:sz w:val="26"/>
                <w:szCs w:val="26"/>
              </w:rPr>
              <w:t xml:space="preserve">+ Đối tượng áp dụng: Ủy ban nhân dân tỉnh; Ủy ban nhân dân cấp huyện và cấp xã; Công an tỉnh; Phòng Cảnh sát phòng cháy, chữa cháy và cứu nạn cứu hộ; Đội chữa cháy và cứu nạn cứu hộ; Công an cấp huyện và Công an cấp xã; Bộ Chỉ huy Quân sự tỉnh; Ban Chỉ huy Quân sự cấp huyện; Ban Chỉ huy Quân sự cấp xã và các đơn vị khác trực thuộc Bộ Chỉ huy Quân sự tỉnh; Bộ Chỉ huy Bộ đội Biên phòng tỉnh và các đơn vị trực thuộc; Chi cục Kiểm lâm; Hạt Kiểm lâm các huyện, thành phố và các Đội Kiểm lâm cơ động và phòng cháy chữa cháy rừng;  Các chủ rừng; các đơn vị trực thuộc và lực lượng chuyên trách bảo vệ rừng của chủ rừng; cơ quan, tổ chức, hộ gia đình và cá nhân trên địa bàn tỉnh Kon </w:t>
            </w:r>
            <w:r w:rsidRPr="000F474A">
              <w:rPr>
                <w:sz w:val="26"/>
                <w:szCs w:val="26"/>
              </w:rPr>
              <w:lastRenderedPageBreak/>
              <w:t>Tum.</w:t>
            </w:r>
          </w:p>
        </w:tc>
        <w:tc>
          <w:tcPr>
            <w:tcW w:w="3686" w:type="dxa"/>
            <w:vAlign w:val="center"/>
          </w:tcPr>
          <w:p w14:paraId="597C85BC" w14:textId="77777777" w:rsidR="00CC2505" w:rsidRPr="000F474A" w:rsidRDefault="00AA1FDC" w:rsidP="00FB43C3">
            <w:pPr>
              <w:jc w:val="both"/>
              <w:rPr>
                <w:rFonts w:eastAsia="Times New Roman" w:cs="Times New Roman"/>
                <w:szCs w:val="26"/>
              </w:rPr>
            </w:pPr>
            <w:r w:rsidRPr="000F474A">
              <w:rPr>
                <w:rFonts w:eastAsia="Times New Roman" w:cs="Times New Roman"/>
                <w:szCs w:val="26"/>
              </w:rPr>
              <w:lastRenderedPageBreak/>
              <w:t>Điều 1. Phạm vi điều chỉnh và đối tượng áp dụng</w:t>
            </w:r>
          </w:p>
          <w:p w14:paraId="6606D757" w14:textId="77777777" w:rsidR="00C83B5A" w:rsidRPr="000F474A" w:rsidRDefault="00CC2505" w:rsidP="00C83B5A">
            <w:pPr>
              <w:jc w:val="both"/>
              <w:rPr>
                <w:rFonts w:cs="Times New Roman"/>
                <w:szCs w:val="26"/>
                <w:lang w:val="vi-VN"/>
              </w:rPr>
            </w:pPr>
            <w:r w:rsidRPr="000F474A">
              <w:rPr>
                <w:rFonts w:eastAsia="Times New Roman" w:cs="Times New Roman"/>
                <w:szCs w:val="26"/>
              </w:rPr>
              <w:t xml:space="preserve">- </w:t>
            </w:r>
            <w:r w:rsidRPr="000F474A">
              <w:rPr>
                <w:rFonts w:cs="Times New Roman"/>
                <w:szCs w:val="26"/>
              </w:rPr>
              <w:t xml:space="preserve">Phạm vi điều chỉnh: </w:t>
            </w:r>
            <w:r w:rsidR="00FB43C3" w:rsidRPr="000F474A">
              <w:rPr>
                <w:rFonts w:cs="Times New Roman"/>
                <w:szCs w:val="26"/>
              </w:rPr>
              <w:t>Q</w:t>
            </w:r>
            <w:r w:rsidRPr="000F474A">
              <w:rPr>
                <w:rFonts w:cs="Times New Roman"/>
                <w:szCs w:val="26"/>
                <w:lang w:val="vi-VN"/>
              </w:rPr>
              <w:t>uy định về nguyên tắc phối hợp, nội dung phối hợp</w:t>
            </w:r>
            <w:r w:rsidRPr="000F474A">
              <w:rPr>
                <w:rFonts w:cs="Times New Roman"/>
                <w:szCs w:val="26"/>
              </w:rPr>
              <w:t xml:space="preserve"> trong việc huy động</w:t>
            </w:r>
            <w:r w:rsidRPr="000F474A">
              <w:rPr>
                <w:rFonts w:cs="Times New Roman"/>
                <w:szCs w:val="26"/>
                <w:lang w:val="vi-VN"/>
              </w:rPr>
              <w:t xml:space="preserve"> các lực lượng</w:t>
            </w:r>
            <w:r w:rsidRPr="000F474A">
              <w:rPr>
                <w:rFonts w:cs="Times New Roman"/>
                <w:szCs w:val="26"/>
              </w:rPr>
              <w:t>, phương tiện, thiết bị</w:t>
            </w:r>
            <w:r w:rsidRPr="000F474A">
              <w:rPr>
                <w:rFonts w:cs="Times New Roman"/>
                <w:szCs w:val="26"/>
                <w:lang w:val="vi-VN"/>
              </w:rPr>
              <w:t xml:space="preserve"> tham gia chữa cháy rừng và trách nhiệm của các cơ quan, tổ chức, cá nhân có liên quan trên địa bàn tỉnh Quảng Ngãi.</w:t>
            </w:r>
          </w:p>
          <w:p w14:paraId="273AE5C3" w14:textId="527A8217" w:rsidR="00FB43C3" w:rsidRPr="000F474A" w:rsidRDefault="00C83B5A" w:rsidP="00C83B5A">
            <w:pPr>
              <w:jc w:val="both"/>
              <w:rPr>
                <w:rFonts w:eastAsia="Times New Roman" w:cs="Times New Roman"/>
                <w:szCs w:val="26"/>
                <w:lang w:val="vi-VN"/>
              </w:rPr>
            </w:pPr>
            <w:r w:rsidRPr="000F474A">
              <w:rPr>
                <w:rFonts w:cs="Times New Roman"/>
                <w:szCs w:val="26"/>
                <w:lang w:val="vi-VN"/>
              </w:rPr>
              <w:lastRenderedPageBreak/>
              <w:t xml:space="preserve">- </w:t>
            </w:r>
            <w:r w:rsidR="00CC2505" w:rsidRPr="000F474A">
              <w:rPr>
                <w:rFonts w:cs="Times New Roman"/>
                <w:szCs w:val="26"/>
                <w:lang w:val="vi-VN"/>
              </w:rPr>
              <w:t>Đối tượng áp dụng</w:t>
            </w:r>
            <w:r w:rsidR="00FB43C3" w:rsidRPr="000F474A">
              <w:rPr>
                <w:rFonts w:cs="Times New Roman"/>
                <w:szCs w:val="26"/>
                <w:lang w:val="vi-VN"/>
              </w:rPr>
              <w:t xml:space="preserve">: </w:t>
            </w:r>
            <w:r w:rsidR="00621AA4" w:rsidRPr="000F474A">
              <w:rPr>
                <w:rFonts w:cs="Times New Roman"/>
                <w:spacing w:val="-2"/>
                <w:szCs w:val="26"/>
                <w:lang w:val="vi-VN"/>
              </w:rPr>
              <w:t xml:space="preserve">áp dụng đối với cơ quan nhà nước; tổ chức, hộ gia đình, cá nhân; cộng </w:t>
            </w:r>
            <w:r w:rsidR="00621AA4" w:rsidRPr="000F474A">
              <w:rPr>
                <w:rFonts w:cs="Times New Roman"/>
                <w:szCs w:val="26"/>
                <w:lang w:val="vi-VN"/>
              </w:rPr>
              <w:t>đồng dân cư trong nước và các</w:t>
            </w:r>
            <w:r w:rsidR="00621AA4" w:rsidRPr="000F474A">
              <w:rPr>
                <w:rFonts w:cs="Times New Roman"/>
                <w:spacing w:val="-2"/>
                <w:szCs w:val="26"/>
                <w:lang w:val="vi-VN"/>
              </w:rPr>
              <w:t xml:space="preserve"> tổ chức, cá nhân nước ngoài có liên quan đến hoạt động chữa cháy rừng trên địa bàn tỉnh Quảng Ngãi</w:t>
            </w:r>
            <w:r w:rsidR="00FB43C3" w:rsidRPr="000F474A">
              <w:rPr>
                <w:rFonts w:cs="Times New Roman"/>
                <w:szCs w:val="26"/>
                <w:lang w:val="vi-VN"/>
              </w:rPr>
              <w:t>.</w:t>
            </w:r>
          </w:p>
          <w:p w14:paraId="15B7EB16" w14:textId="27CE528C" w:rsidR="00CC2505" w:rsidRPr="000F474A" w:rsidRDefault="00CC2505" w:rsidP="00FB43C3">
            <w:pPr>
              <w:jc w:val="both"/>
              <w:rPr>
                <w:rFonts w:eastAsia="Times New Roman" w:cs="Times New Roman"/>
                <w:szCs w:val="26"/>
                <w:lang w:val="vi-VN"/>
              </w:rPr>
            </w:pPr>
          </w:p>
        </w:tc>
        <w:tc>
          <w:tcPr>
            <w:tcW w:w="3685" w:type="dxa"/>
            <w:vAlign w:val="center"/>
          </w:tcPr>
          <w:p w14:paraId="4BC2770B" w14:textId="242231C5" w:rsidR="00AA1FDC" w:rsidRPr="000F474A" w:rsidRDefault="00AA1FDC" w:rsidP="00853E9B">
            <w:pPr>
              <w:jc w:val="both"/>
              <w:rPr>
                <w:rFonts w:eastAsia="Yu Gothic" w:cs="Times New Roman"/>
                <w:bCs/>
                <w:szCs w:val="26"/>
                <w:lang w:val="vi-VN"/>
              </w:rPr>
            </w:pPr>
            <w:r w:rsidRPr="000F474A">
              <w:rPr>
                <w:rFonts w:eastAsia="Times New Roman" w:cs="Times New Roman"/>
                <w:szCs w:val="26"/>
                <w:lang w:val="vi-VN"/>
              </w:rPr>
              <w:lastRenderedPageBreak/>
              <w:t xml:space="preserve">Kế thừa nội dung về phối hợp </w:t>
            </w:r>
            <w:r w:rsidR="000C685A" w:rsidRPr="000F474A">
              <w:rPr>
                <w:rFonts w:cs="Times New Roman"/>
                <w:szCs w:val="26"/>
                <w:shd w:val="clear" w:color="auto" w:fill="FFFFFF"/>
                <w:lang w:val="vi-VN"/>
              </w:rPr>
              <w:t>huy động lực lượng, phương tiện, thiết bị chữa cháy rừng và trách nhiệm của các cơ quan, tổ chức, chủ rừng, cá nhân có liên quan tham gia phối hợp chữa cháy rừng và nội dụng về đối tượng áp dụng</w:t>
            </w:r>
            <w:r w:rsidR="002A5739" w:rsidRPr="000F474A">
              <w:rPr>
                <w:rFonts w:cs="Times New Roman"/>
                <w:szCs w:val="26"/>
                <w:shd w:val="clear" w:color="auto" w:fill="FFFFFF"/>
                <w:lang w:val="vi-VN"/>
              </w:rPr>
              <w:t xml:space="preserve"> của </w:t>
            </w:r>
            <w:r w:rsidR="00F16119" w:rsidRPr="000F474A">
              <w:rPr>
                <w:rFonts w:cs="Times New Roman"/>
                <w:szCs w:val="26"/>
                <w:shd w:val="clear" w:color="auto" w:fill="FFFFFF"/>
                <w:lang w:val="vi-VN"/>
              </w:rPr>
              <w:t xml:space="preserve">02 Quyết định cũ, </w:t>
            </w:r>
            <w:r w:rsidR="002A5739" w:rsidRPr="000F474A">
              <w:rPr>
                <w:rFonts w:cs="Times New Roman"/>
                <w:szCs w:val="26"/>
                <w:shd w:val="clear" w:color="auto" w:fill="FFFFFF"/>
                <w:lang w:val="vi-VN"/>
              </w:rPr>
              <w:t>đồng thời hoàn thiện nội dung</w:t>
            </w:r>
            <w:r w:rsidR="007F4569" w:rsidRPr="000F474A">
              <w:rPr>
                <w:rFonts w:cs="Times New Roman"/>
                <w:szCs w:val="26"/>
                <w:shd w:val="clear" w:color="auto" w:fill="FFFFFF"/>
                <w:lang w:val="vi-VN"/>
              </w:rPr>
              <w:t xml:space="preserve"> đảm bảo bao quát</w:t>
            </w:r>
            <w:r w:rsidR="00F16119" w:rsidRPr="000F474A">
              <w:rPr>
                <w:rFonts w:cs="Times New Roman"/>
                <w:szCs w:val="26"/>
                <w:shd w:val="clear" w:color="auto" w:fill="FFFFFF"/>
                <w:lang w:val="vi-VN"/>
              </w:rPr>
              <w:t xml:space="preserve">, </w:t>
            </w:r>
            <w:r w:rsidR="007F4569" w:rsidRPr="000F474A">
              <w:rPr>
                <w:rFonts w:cs="Times New Roman"/>
                <w:szCs w:val="26"/>
                <w:shd w:val="clear" w:color="auto" w:fill="FFFFFF"/>
                <w:lang w:val="vi-VN"/>
              </w:rPr>
              <w:t xml:space="preserve">đầy đủ </w:t>
            </w:r>
            <w:r w:rsidR="007F4569" w:rsidRPr="000F474A">
              <w:rPr>
                <w:rFonts w:cs="Times New Roman"/>
                <w:szCs w:val="26"/>
                <w:shd w:val="clear" w:color="auto" w:fill="FFFFFF"/>
                <w:lang w:val="vi-VN"/>
              </w:rPr>
              <w:lastRenderedPageBreak/>
              <w:t>nội dung</w:t>
            </w:r>
            <w:r w:rsidR="00F16119" w:rsidRPr="000F474A">
              <w:rPr>
                <w:rFonts w:cs="Times New Roman"/>
                <w:szCs w:val="26"/>
                <w:shd w:val="clear" w:color="auto" w:fill="FFFFFF"/>
                <w:lang w:val="vi-VN"/>
              </w:rPr>
              <w:t xml:space="preserve"> và đối tượng áp dụng</w:t>
            </w:r>
            <w:r w:rsidRPr="000F474A">
              <w:rPr>
                <w:rFonts w:eastAsia="Times New Roman" w:cs="Times New Roman"/>
                <w:szCs w:val="26"/>
                <w:lang w:val="vi-VN"/>
              </w:rPr>
              <w:t>; loại bỏ nội dung tiếp nhận, xử lý thông tin cháy rừng</w:t>
            </w:r>
            <w:r w:rsidR="002A5739" w:rsidRPr="000F474A">
              <w:rPr>
                <w:rFonts w:eastAsia="Times New Roman" w:cs="Times New Roman"/>
                <w:szCs w:val="26"/>
                <w:lang w:val="vi-VN"/>
              </w:rPr>
              <w:t xml:space="preserve"> của</w:t>
            </w:r>
            <w:r w:rsidR="007105E7" w:rsidRPr="000F474A">
              <w:rPr>
                <w:rFonts w:eastAsia="Times New Roman" w:cs="Times New Roman"/>
                <w:szCs w:val="26"/>
                <w:lang w:val="vi-VN"/>
              </w:rPr>
              <w:t>.</w:t>
            </w:r>
            <w:r w:rsidRPr="000F474A">
              <w:rPr>
                <w:rFonts w:eastAsia="Times New Roman" w:cs="Times New Roman"/>
                <w:szCs w:val="26"/>
                <w:lang w:val="vi-VN"/>
              </w:rPr>
              <w:t xml:space="preserve"> </w:t>
            </w:r>
          </w:p>
        </w:tc>
      </w:tr>
      <w:tr w:rsidR="000F474A" w:rsidRPr="000F474A" w14:paraId="43A7D743" w14:textId="77777777" w:rsidTr="00771D97">
        <w:trPr>
          <w:trHeight w:val="359"/>
        </w:trPr>
        <w:tc>
          <w:tcPr>
            <w:tcW w:w="5670" w:type="dxa"/>
            <w:vAlign w:val="center"/>
          </w:tcPr>
          <w:p w14:paraId="36752B17" w14:textId="77777777" w:rsidR="000C685A" w:rsidRPr="000F474A" w:rsidRDefault="000C685A" w:rsidP="008B3F64">
            <w:pPr>
              <w:jc w:val="both"/>
              <w:rPr>
                <w:rFonts w:cs="Times New Roman"/>
                <w:bCs/>
                <w:szCs w:val="26"/>
                <w:shd w:val="clear" w:color="auto" w:fill="FFFFFF"/>
                <w:lang w:val="vi-VN"/>
              </w:rPr>
            </w:pPr>
            <w:r w:rsidRPr="000F474A">
              <w:rPr>
                <w:rFonts w:eastAsia="Times New Roman" w:cs="Times New Roman"/>
                <w:szCs w:val="26"/>
                <w:lang w:val="vi-VN"/>
              </w:rPr>
              <w:lastRenderedPageBreak/>
              <w:t xml:space="preserve">Điều 2. </w:t>
            </w:r>
            <w:bookmarkStart w:id="1" w:name="dieu_2_1"/>
            <w:r w:rsidRPr="000F474A">
              <w:rPr>
                <w:rFonts w:cs="Times New Roman"/>
                <w:bCs/>
                <w:szCs w:val="26"/>
                <w:shd w:val="clear" w:color="auto" w:fill="FFFFFF"/>
                <w:lang w:val="vi-VN"/>
              </w:rPr>
              <w:t>Giải thích từ ngữ</w:t>
            </w:r>
            <w:bookmarkEnd w:id="1"/>
          </w:p>
          <w:p w14:paraId="24F4C1E1" w14:textId="459DFCC2" w:rsidR="008B3F64" w:rsidRPr="000F474A" w:rsidRDefault="008B3F64" w:rsidP="008B3F64">
            <w:pPr>
              <w:jc w:val="both"/>
              <w:rPr>
                <w:rFonts w:cs="Times New Roman"/>
                <w:szCs w:val="26"/>
                <w:shd w:val="clear" w:color="auto" w:fill="FFFFFF"/>
                <w:lang w:val="vi-VN"/>
              </w:rPr>
            </w:pPr>
            <w:r w:rsidRPr="000F474A">
              <w:rPr>
                <w:rFonts w:cs="Times New Roman"/>
                <w:bCs/>
                <w:szCs w:val="26"/>
                <w:shd w:val="clear" w:color="auto" w:fill="FFFFFF"/>
                <w:lang w:val="vi-VN"/>
              </w:rPr>
              <w:t xml:space="preserve">- </w:t>
            </w:r>
            <w:r w:rsidR="00A43C3E" w:rsidRPr="000F474A">
              <w:rPr>
                <w:rFonts w:cs="Times New Roman"/>
                <w:bCs/>
                <w:szCs w:val="26"/>
                <w:shd w:val="clear" w:color="auto" w:fill="FFFFFF"/>
                <w:lang w:val="vi-VN"/>
              </w:rPr>
              <w:t xml:space="preserve">Quyết định số 47/2021/QĐ-UBND: Giải thích các từ ngữ: </w:t>
            </w:r>
            <w:r w:rsidR="00A43C3E" w:rsidRPr="000F474A">
              <w:rPr>
                <w:rFonts w:cs="Times New Roman"/>
                <w:szCs w:val="26"/>
                <w:shd w:val="clear" w:color="auto" w:fill="FFFFFF"/>
                <w:lang w:val="vi-VN"/>
              </w:rPr>
              <w:t>Băng trắng cản lửa; Băng đốt trước Điều kiện cấp thực bì lớn; Điều kiện cấp thực bì nhỏ</w:t>
            </w:r>
            <w:r w:rsidR="00EA7AAF" w:rsidRPr="000F474A">
              <w:rPr>
                <w:rFonts w:cs="Times New Roman"/>
                <w:szCs w:val="26"/>
                <w:shd w:val="clear" w:color="auto" w:fill="FFFFFF"/>
                <w:lang w:val="vi-VN"/>
              </w:rPr>
              <w:t>; Cấp xã; Cấp huyện</w:t>
            </w:r>
            <w:r w:rsidR="005B28C5" w:rsidRPr="000F474A">
              <w:rPr>
                <w:rFonts w:cs="Times New Roman"/>
                <w:szCs w:val="26"/>
                <w:shd w:val="clear" w:color="auto" w:fill="FFFFFF"/>
                <w:lang w:val="vi-VN"/>
              </w:rPr>
              <w:t>.</w:t>
            </w:r>
          </w:p>
          <w:p w14:paraId="28D69D74" w14:textId="4ABDD1D6" w:rsidR="00EA7AAF" w:rsidRPr="000F474A" w:rsidRDefault="008B3F64" w:rsidP="008B3F64">
            <w:pPr>
              <w:jc w:val="both"/>
              <w:rPr>
                <w:rFonts w:cs="Times New Roman"/>
                <w:szCs w:val="26"/>
                <w:shd w:val="clear" w:color="auto" w:fill="FFFFFF"/>
                <w:lang w:val="vi-VN"/>
              </w:rPr>
            </w:pPr>
            <w:r w:rsidRPr="000F474A">
              <w:rPr>
                <w:rFonts w:cs="Times New Roman"/>
                <w:szCs w:val="26"/>
                <w:shd w:val="clear" w:color="auto" w:fill="FFFFFF"/>
                <w:lang w:val="vi-VN"/>
              </w:rPr>
              <w:t xml:space="preserve">- </w:t>
            </w:r>
            <w:r w:rsidR="00EA7AAF" w:rsidRPr="000F474A">
              <w:rPr>
                <w:rFonts w:cs="Times New Roman"/>
                <w:szCs w:val="26"/>
                <w:shd w:val="clear" w:color="auto" w:fill="FFFFFF"/>
                <w:lang w:val="vi-VN"/>
              </w:rPr>
              <w:t>Quyết định số</w:t>
            </w:r>
            <w:r w:rsidR="005B28C5" w:rsidRPr="000F474A">
              <w:rPr>
                <w:rFonts w:cs="Times New Roman"/>
                <w:szCs w:val="26"/>
                <w:shd w:val="clear" w:color="auto" w:fill="FFFFFF"/>
                <w:lang w:val="vi-VN"/>
              </w:rPr>
              <w:t xml:space="preserve"> 33/2022/QĐ-UBN</w:t>
            </w:r>
            <w:r w:rsidR="00EA7AAF" w:rsidRPr="000F474A">
              <w:rPr>
                <w:rFonts w:cs="Times New Roman"/>
                <w:szCs w:val="26"/>
                <w:shd w:val="clear" w:color="auto" w:fill="FFFFFF"/>
                <w:lang w:val="vi-VN"/>
              </w:rPr>
              <w:t>D: Giải thích từ ngữ: Phương tiện, thiết bị chữa cháy rừng</w:t>
            </w:r>
          </w:p>
        </w:tc>
        <w:tc>
          <w:tcPr>
            <w:tcW w:w="3686" w:type="dxa"/>
            <w:vAlign w:val="center"/>
          </w:tcPr>
          <w:p w14:paraId="4C632A28" w14:textId="1E587D98" w:rsidR="000C685A" w:rsidRPr="000F474A" w:rsidRDefault="000C685A" w:rsidP="005B28C5">
            <w:pPr>
              <w:jc w:val="both"/>
              <w:rPr>
                <w:rFonts w:eastAsia="Times New Roman" w:cs="Times New Roman"/>
                <w:szCs w:val="26"/>
                <w:lang w:val="vi-VN"/>
              </w:rPr>
            </w:pPr>
            <w:r w:rsidRPr="000F474A">
              <w:rPr>
                <w:rFonts w:eastAsia="Times New Roman" w:cs="Times New Roman"/>
                <w:szCs w:val="26"/>
                <w:lang w:val="vi-VN"/>
              </w:rPr>
              <w:t xml:space="preserve">Điều 2. </w:t>
            </w:r>
            <w:r w:rsidRPr="000F474A">
              <w:rPr>
                <w:rFonts w:cs="Times New Roman"/>
                <w:bCs/>
                <w:szCs w:val="26"/>
                <w:shd w:val="clear" w:color="auto" w:fill="FFFFFF"/>
                <w:lang w:val="vi-VN"/>
              </w:rPr>
              <w:t>Giải thích từ ngữ</w:t>
            </w:r>
            <w:r w:rsidR="00EA7AAF" w:rsidRPr="000F474A">
              <w:rPr>
                <w:rFonts w:cs="Times New Roman"/>
                <w:bCs/>
                <w:szCs w:val="26"/>
                <w:shd w:val="clear" w:color="auto" w:fill="FFFFFF"/>
                <w:lang w:val="vi-VN"/>
              </w:rPr>
              <w:t>, trong đó đã giải thích các từ ngữ</w:t>
            </w:r>
            <w:r w:rsidR="005B28C5" w:rsidRPr="000F474A">
              <w:rPr>
                <w:rFonts w:cs="Times New Roman"/>
                <w:bCs/>
                <w:szCs w:val="26"/>
                <w:shd w:val="clear" w:color="auto" w:fill="FFFFFF"/>
                <w:lang w:val="vi-VN"/>
              </w:rPr>
              <w:t>:</w:t>
            </w:r>
            <w:r w:rsidR="00EA7AAF" w:rsidRPr="000F474A">
              <w:rPr>
                <w:rFonts w:cs="Times New Roman"/>
                <w:bCs/>
                <w:szCs w:val="26"/>
                <w:shd w:val="clear" w:color="auto" w:fill="FFFFFF"/>
                <w:lang w:val="vi-VN"/>
              </w:rPr>
              <w:t xml:space="preserve"> </w:t>
            </w:r>
            <w:r w:rsidR="005B28C5" w:rsidRPr="000F474A">
              <w:rPr>
                <w:rFonts w:cs="Times New Roman"/>
                <w:szCs w:val="26"/>
                <w:lang w:val="vi-VN"/>
              </w:rPr>
              <w:t>P</w:t>
            </w:r>
            <w:r w:rsidR="00EA7AAF" w:rsidRPr="000F474A">
              <w:rPr>
                <w:rFonts w:cs="Times New Roman"/>
                <w:szCs w:val="26"/>
                <w:lang w:val="vi-VN"/>
              </w:rPr>
              <w:t>hương tiện, thiết bị chữa cháy rừng; Hậu cần chữa cháy rừng</w:t>
            </w:r>
            <w:r w:rsidR="008B3F64" w:rsidRPr="000F474A">
              <w:rPr>
                <w:rFonts w:cs="Times New Roman"/>
                <w:szCs w:val="26"/>
                <w:lang w:val="vi-VN"/>
              </w:rPr>
              <w:t>; Công trình phòng cháy, chữa cháy rừng; Băng trắng cản lửa; Băng đốt trước; Đường băng xanh cản lửa; Điều kiện cấp thực bì lớn; Điều kiện cấp thực bì nhỏ; Cấp xã; Các đơn vị liên quan.</w:t>
            </w:r>
          </w:p>
        </w:tc>
        <w:tc>
          <w:tcPr>
            <w:tcW w:w="3685" w:type="dxa"/>
            <w:vAlign w:val="center"/>
          </w:tcPr>
          <w:p w14:paraId="13551F8B" w14:textId="21845A1A" w:rsidR="000C685A" w:rsidRPr="000F474A" w:rsidRDefault="0023062B" w:rsidP="008B3F64">
            <w:pPr>
              <w:jc w:val="both"/>
              <w:rPr>
                <w:rFonts w:eastAsia="Times New Roman" w:cs="Times New Roman"/>
                <w:szCs w:val="26"/>
                <w:lang w:val="vi-VN"/>
              </w:rPr>
            </w:pPr>
            <w:r w:rsidRPr="000F474A">
              <w:rPr>
                <w:rFonts w:eastAsia="Times New Roman" w:cs="Times New Roman"/>
                <w:szCs w:val="26"/>
                <w:lang w:val="vi-VN"/>
              </w:rPr>
              <w:t>Kế thừa từ 02 Quyết định cũ</w:t>
            </w:r>
            <w:r w:rsidR="002A5739" w:rsidRPr="000F474A">
              <w:rPr>
                <w:rFonts w:eastAsia="Times New Roman" w:cs="Times New Roman"/>
                <w:szCs w:val="26"/>
                <w:lang w:val="vi-VN"/>
              </w:rPr>
              <w:t>, đồng thời b</w:t>
            </w:r>
            <w:r w:rsidR="000C685A" w:rsidRPr="000F474A">
              <w:rPr>
                <w:rFonts w:eastAsia="Times New Roman" w:cs="Times New Roman"/>
                <w:szCs w:val="26"/>
                <w:lang w:val="vi-VN"/>
              </w:rPr>
              <w:t>ổ sung</w:t>
            </w:r>
            <w:r w:rsidR="002A5739" w:rsidRPr="000F474A">
              <w:rPr>
                <w:rFonts w:eastAsia="Times New Roman" w:cs="Times New Roman"/>
                <w:szCs w:val="26"/>
                <w:lang w:val="vi-VN"/>
              </w:rPr>
              <w:t xml:space="preserve"> mới và</w:t>
            </w:r>
            <w:r w:rsidR="000C685A" w:rsidRPr="000F474A">
              <w:rPr>
                <w:rFonts w:eastAsia="Times New Roman" w:cs="Times New Roman"/>
                <w:szCs w:val="26"/>
                <w:lang w:val="vi-VN"/>
              </w:rPr>
              <w:t xml:space="preserve"> hoàn thiện hệ thống khái niệm, là</w:t>
            </w:r>
            <w:r w:rsidR="008B3F64" w:rsidRPr="000F474A">
              <w:rPr>
                <w:rFonts w:eastAsia="Times New Roman" w:cs="Times New Roman"/>
                <w:szCs w:val="26"/>
                <w:lang w:val="vi-VN"/>
              </w:rPr>
              <w:t>m rõ các thuật ngữ chuyên ngành để dễ dàng áp dụng.</w:t>
            </w:r>
          </w:p>
        </w:tc>
      </w:tr>
      <w:tr w:rsidR="000F474A" w:rsidRPr="000F474A" w14:paraId="0D50A87E" w14:textId="77777777" w:rsidTr="00771D97">
        <w:trPr>
          <w:trHeight w:val="359"/>
        </w:trPr>
        <w:tc>
          <w:tcPr>
            <w:tcW w:w="5670" w:type="dxa"/>
            <w:vAlign w:val="center"/>
          </w:tcPr>
          <w:p w14:paraId="0CC23CA9" w14:textId="77777777" w:rsidR="005B28C5" w:rsidRPr="000F474A" w:rsidRDefault="005B28C5" w:rsidP="008B3F64">
            <w:pPr>
              <w:jc w:val="both"/>
              <w:rPr>
                <w:rFonts w:eastAsia="Times New Roman" w:cs="Times New Roman"/>
                <w:szCs w:val="26"/>
                <w:lang w:val="vi-VN"/>
              </w:rPr>
            </w:pPr>
            <w:bookmarkStart w:id="2" w:name="dieu_3_1"/>
            <w:r w:rsidRPr="000F474A">
              <w:rPr>
                <w:rFonts w:eastAsia="Times New Roman" w:cs="Times New Roman"/>
                <w:szCs w:val="26"/>
                <w:lang w:val="vi-VN"/>
              </w:rPr>
              <w:t xml:space="preserve">Điều 3. </w:t>
            </w:r>
          </w:p>
          <w:p w14:paraId="0A2535DE" w14:textId="3B79794F" w:rsidR="005B28C5" w:rsidRPr="000F474A" w:rsidRDefault="005B28C5" w:rsidP="008B3F64">
            <w:pPr>
              <w:jc w:val="both"/>
              <w:rPr>
                <w:rFonts w:cs="Times New Roman"/>
                <w:bCs/>
                <w:szCs w:val="26"/>
                <w:shd w:val="clear" w:color="auto" w:fill="FFFFFF"/>
                <w:lang w:val="vi-VN"/>
              </w:rPr>
            </w:pPr>
            <w:r w:rsidRPr="000F474A">
              <w:rPr>
                <w:rFonts w:eastAsia="Times New Roman" w:cs="Times New Roman"/>
                <w:szCs w:val="26"/>
                <w:lang w:val="vi-VN"/>
              </w:rPr>
              <w:t xml:space="preserve">- </w:t>
            </w:r>
            <w:r w:rsidRPr="000F474A">
              <w:rPr>
                <w:rFonts w:cs="Times New Roman"/>
                <w:bCs/>
                <w:szCs w:val="26"/>
                <w:shd w:val="clear" w:color="auto" w:fill="FFFFFF"/>
                <w:lang w:val="vi-VN"/>
              </w:rPr>
              <w:t>Quyết định số 47/2021/QĐ-UBND quy định nguyên tắc tiếp nhận, xử lý thông tin cháy rừng và phối hợp giữa các lực lượng chữa cháy rừng</w:t>
            </w:r>
            <w:bookmarkEnd w:id="2"/>
            <w:r w:rsidR="00515DB0" w:rsidRPr="000F474A">
              <w:rPr>
                <w:rFonts w:cs="Times New Roman"/>
                <w:bCs/>
                <w:szCs w:val="26"/>
                <w:shd w:val="clear" w:color="auto" w:fill="FFFFFF"/>
                <w:lang w:val="vi-VN"/>
              </w:rPr>
              <w:t xml:space="preserve"> vớ</w:t>
            </w:r>
            <w:r w:rsidR="006F67D3" w:rsidRPr="000F474A">
              <w:rPr>
                <w:rFonts w:cs="Times New Roman"/>
                <w:bCs/>
                <w:szCs w:val="26"/>
                <w:shd w:val="clear" w:color="auto" w:fill="FFFFFF"/>
                <w:lang w:val="vi-VN"/>
              </w:rPr>
              <w:t>i 04 nội dung</w:t>
            </w:r>
            <w:r w:rsidR="00C83B5A" w:rsidRPr="000F474A">
              <w:rPr>
                <w:rFonts w:cs="Times New Roman"/>
                <w:bCs/>
                <w:szCs w:val="26"/>
                <w:shd w:val="clear" w:color="auto" w:fill="FFFFFF"/>
                <w:lang w:val="vi-VN"/>
              </w:rPr>
              <w:t>, trong đó 0</w:t>
            </w:r>
            <w:r w:rsidR="006F67D3" w:rsidRPr="000F474A">
              <w:rPr>
                <w:rFonts w:cs="Times New Roman"/>
                <w:bCs/>
                <w:szCs w:val="26"/>
                <w:shd w:val="clear" w:color="auto" w:fill="FFFFFF"/>
                <w:lang w:val="vi-VN"/>
              </w:rPr>
              <w:t>1 nội dung liên quan</w:t>
            </w:r>
            <w:r w:rsidR="0040611E" w:rsidRPr="000F474A">
              <w:rPr>
                <w:rFonts w:cs="Times New Roman"/>
                <w:bCs/>
                <w:szCs w:val="26"/>
                <w:shd w:val="clear" w:color="auto" w:fill="FFFFFF"/>
                <w:lang w:val="vi-VN"/>
              </w:rPr>
              <w:t xml:space="preserve"> nguyên tắc </w:t>
            </w:r>
            <w:r w:rsidR="006F67D3" w:rsidRPr="000F474A">
              <w:rPr>
                <w:rFonts w:cs="Times New Roman"/>
                <w:bCs/>
                <w:szCs w:val="26"/>
                <w:shd w:val="clear" w:color="auto" w:fill="FFFFFF"/>
                <w:lang w:val="vi-VN"/>
              </w:rPr>
              <w:t>tiếp nhận, xử lý thông tin cháy rừng; 03 nội d</w:t>
            </w:r>
            <w:r w:rsidR="0040611E" w:rsidRPr="000F474A">
              <w:rPr>
                <w:rFonts w:cs="Times New Roman"/>
                <w:bCs/>
                <w:szCs w:val="26"/>
                <w:shd w:val="clear" w:color="auto" w:fill="FFFFFF"/>
                <w:lang w:val="vi-VN"/>
              </w:rPr>
              <w:t>u</w:t>
            </w:r>
            <w:r w:rsidR="006F67D3" w:rsidRPr="000F474A">
              <w:rPr>
                <w:rFonts w:cs="Times New Roman"/>
                <w:bCs/>
                <w:szCs w:val="26"/>
                <w:shd w:val="clear" w:color="auto" w:fill="FFFFFF"/>
                <w:lang w:val="vi-VN"/>
              </w:rPr>
              <w:t>ng</w:t>
            </w:r>
            <w:r w:rsidR="0040611E" w:rsidRPr="000F474A">
              <w:rPr>
                <w:rFonts w:cs="Times New Roman"/>
                <w:bCs/>
                <w:szCs w:val="26"/>
                <w:shd w:val="clear" w:color="auto" w:fill="FFFFFF"/>
                <w:lang w:val="vi-VN"/>
              </w:rPr>
              <w:t xml:space="preserve"> liên quan nguyên tắc</w:t>
            </w:r>
            <w:r w:rsidR="006F67D3" w:rsidRPr="000F474A">
              <w:rPr>
                <w:rFonts w:cs="Times New Roman"/>
                <w:bCs/>
                <w:szCs w:val="26"/>
                <w:shd w:val="clear" w:color="auto" w:fill="FFFFFF"/>
                <w:lang w:val="vi-VN"/>
              </w:rPr>
              <w:t xml:space="preserve"> phối hợp giữa các lực lượng chữa cháy rừng.</w:t>
            </w:r>
          </w:p>
          <w:p w14:paraId="616C9325" w14:textId="2429AF4C" w:rsidR="005B28C5" w:rsidRPr="000F474A" w:rsidRDefault="005B28C5" w:rsidP="008B3F64">
            <w:pPr>
              <w:jc w:val="both"/>
              <w:rPr>
                <w:rFonts w:eastAsia="Times New Roman" w:cs="Times New Roman"/>
                <w:szCs w:val="26"/>
                <w:lang w:val="vi-VN"/>
              </w:rPr>
            </w:pPr>
            <w:r w:rsidRPr="000F474A">
              <w:rPr>
                <w:rFonts w:cs="Times New Roman"/>
                <w:szCs w:val="26"/>
                <w:shd w:val="clear" w:color="auto" w:fill="FFFFFF"/>
                <w:lang w:val="vi-VN"/>
              </w:rPr>
              <w:t xml:space="preserve">Quyết định số 33/2022/QĐ-UBND quy định </w:t>
            </w:r>
            <w:r w:rsidRPr="000F474A">
              <w:rPr>
                <w:rFonts w:cs="Times New Roman"/>
                <w:bCs/>
                <w:szCs w:val="26"/>
                <w:shd w:val="clear" w:color="auto" w:fill="FFFFFF"/>
                <w:lang w:val="vi-VN"/>
              </w:rPr>
              <w:t>nguyên tắc tiếp nhận, xử lý thông tin cháy rừng và nguyên tắc phối hợp huy động lực lượng, phương tiện, thiết bị chữa cháy rừng</w:t>
            </w:r>
            <w:r w:rsidR="00515DB0" w:rsidRPr="000F474A">
              <w:rPr>
                <w:rFonts w:cs="Times New Roman"/>
                <w:bCs/>
                <w:szCs w:val="26"/>
                <w:shd w:val="clear" w:color="auto" w:fill="FFFFFF"/>
                <w:lang w:val="vi-VN"/>
              </w:rPr>
              <w:t xml:space="preserve"> với 05 nội dung</w:t>
            </w:r>
            <w:r w:rsidR="006F67D3" w:rsidRPr="000F474A">
              <w:rPr>
                <w:rFonts w:cs="Times New Roman"/>
                <w:bCs/>
                <w:szCs w:val="26"/>
                <w:shd w:val="clear" w:color="auto" w:fill="FFFFFF"/>
                <w:lang w:val="vi-VN"/>
              </w:rPr>
              <w:t xml:space="preserve">, trong đó: </w:t>
            </w:r>
            <w:r w:rsidR="00515DB0" w:rsidRPr="000F474A">
              <w:rPr>
                <w:rFonts w:cs="Times New Roman"/>
                <w:bCs/>
                <w:szCs w:val="26"/>
                <w:shd w:val="clear" w:color="auto" w:fill="FFFFFF"/>
                <w:lang w:val="vi-VN"/>
              </w:rPr>
              <w:t xml:space="preserve"> </w:t>
            </w:r>
            <w:r w:rsidR="0040611E" w:rsidRPr="000F474A">
              <w:rPr>
                <w:rFonts w:cs="Times New Roman"/>
                <w:bCs/>
                <w:szCs w:val="26"/>
                <w:shd w:val="clear" w:color="auto" w:fill="FFFFFF"/>
                <w:lang w:val="vi-VN"/>
              </w:rPr>
              <w:t xml:space="preserve">02 nội dung liên quan nguyên tắc tiếp nhận, xử lý thông tin cháy rừng; 03 nội dung liên quan </w:t>
            </w:r>
          </w:p>
        </w:tc>
        <w:tc>
          <w:tcPr>
            <w:tcW w:w="3686" w:type="dxa"/>
            <w:vAlign w:val="center"/>
          </w:tcPr>
          <w:p w14:paraId="1D55D93F" w14:textId="6F4FC9D4" w:rsidR="005B28C5" w:rsidRPr="000F474A" w:rsidRDefault="005B28C5" w:rsidP="005B28C5">
            <w:pPr>
              <w:jc w:val="both"/>
              <w:rPr>
                <w:rFonts w:eastAsia="Times New Roman" w:cs="Times New Roman"/>
                <w:szCs w:val="26"/>
                <w:lang w:val="vi-VN"/>
              </w:rPr>
            </w:pPr>
            <w:r w:rsidRPr="000F474A">
              <w:rPr>
                <w:rFonts w:cs="Times New Roman"/>
                <w:szCs w:val="26"/>
                <w:lang w:val="vi-VN"/>
              </w:rPr>
              <w:t>Điều 3 quy định nguyên tắc phối hợp</w:t>
            </w:r>
            <w:r w:rsidR="00621AA4" w:rsidRPr="000F474A">
              <w:rPr>
                <w:rFonts w:cs="Times New Roman"/>
                <w:szCs w:val="26"/>
                <w:lang w:val="vi-VN"/>
              </w:rPr>
              <w:t xml:space="preserve"> với 05 nội dung có liên quan nguyên tắc phối hợp </w:t>
            </w:r>
            <w:r w:rsidR="00621AA4" w:rsidRPr="000F474A">
              <w:rPr>
                <w:rFonts w:cs="Times New Roman"/>
                <w:bCs/>
                <w:szCs w:val="26"/>
                <w:shd w:val="clear" w:color="auto" w:fill="FFFFFF"/>
                <w:lang w:val="vi-VN"/>
              </w:rPr>
              <w:t>huy động lực lượng, phương tiện, thiết bị chữa cháy rừn</w:t>
            </w:r>
            <w:r w:rsidR="00EA4D9A" w:rsidRPr="000F474A">
              <w:rPr>
                <w:rFonts w:cs="Times New Roman"/>
                <w:bCs/>
                <w:szCs w:val="26"/>
                <w:shd w:val="clear" w:color="auto" w:fill="FFFFFF"/>
                <w:lang w:val="vi-VN"/>
              </w:rPr>
              <w:t>g</w:t>
            </w:r>
          </w:p>
        </w:tc>
        <w:tc>
          <w:tcPr>
            <w:tcW w:w="3685" w:type="dxa"/>
            <w:vAlign w:val="center"/>
          </w:tcPr>
          <w:p w14:paraId="017C0175" w14:textId="62610B41" w:rsidR="005B28C5" w:rsidRPr="000F474A" w:rsidRDefault="00771D97" w:rsidP="00EA4D9A">
            <w:pPr>
              <w:jc w:val="both"/>
              <w:rPr>
                <w:rFonts w:eastAsia="Times New Roman" w:cs="Times New Roman"/>
                <w:szCs w:val="26"/>
                <w:lang w:val="vi-VN"/>
              </w:rPr>
            </w:pPr>
            <w:r w:rsidRPr="000F474A">
              <w:rPr>
                <w:rFonts w:eastAsia="Times New Roman" w:cs="Times New Roman"/>
                <w:szCs w:val="26"/>
                <w:lang w:val="vi-VN"/>
              </w:rPr>
              <w:t xml:space="preserve">Kế thừa </w:t>
            </w:r>
            <w:r w:rsidR="00EA4D9A" w:rsidRPr="000F474A">
              <w:rPr>
                <w:rFonts w:eastAsia="Times New Roman" w:cs="Times New Roman"/>
                <w:szCs w:val="26"/>
                <w:lang w:val="vi-VN"/>
              </w:rPr>
              <w:t xml:space="preserve">một số </w:t>
            </w:r>
            <w:r w:rsidRPr="000F474A">
              <w:rPr>
                <w:rFonts w:eastAsia="Times New Roman" w:cs="Times New Roman"/>
                <w:szCs w:val="26"/>
                <w:lang w:val="vi-VN"/>
              </w:rPr>
              <w:t xml:space="preserve">nội dung </w:t>
            </w:r>
            <w:r w:rsidR="00EA4D9A" w:rsidRPr="000F474A">
              <w:rPr>
                <w:rFonts w:eastAsia="Times New Roman" w:cs="Times New Roman"/>
                <w:szCs w:val="26"/>
                <w:lang w:val="vi-VN"/>
              </w:rPr>
              <w:t>có liên quan đến nguyên trắc phối hợp huy động lực lượng, đồng thời chỉnh sửa, bổ sung để</w:t>
            </w:r>
            <w:r w:rsidRPr="000F474A">
              <w:rPr>
                <w:rFonts w:eastAsia="Times New Roman" w:cs="Times New Roman"/>
                <w:szCs w:val="26"/>
                <w:lang w:val="vi-VN"/>
              </w:rPr>
              <w:t xml:space="preserve"> hoàn thiện nội dung </w:t>
            </w:r>
            <w:r w:rsidR="00D625F0" w:rsidRPr="000F474A">
              <w:rPr>
                <w:rFonts w:eastAsia="Times New Roman" w:cs="Times New Roman"/>
                <w:szCs w:val="26"/>
                <w:lang w:val="vi-VN"/>
              </w:rPr>
              <w:t>nguyên tắc</w:t>
            </w:r>
            <w:r w:rsidRPr="000F474A">
              <w:rPr>
                <w:rFonts w:eastAsia="Times New Roman" w:cs="Times New Roman"/>
                <w:szCs w:val="26"/>
                <w:lang w:val="vi-VN"/>
              </w:rPr>
              <w:t xml:space="preserve"> phối hợp huy động lực lượng đảm bảo</w:t>
            </w:r>
            <w:r w:rsidR="00D625F0" w:rsidRPr="000F474A">
              <w:rPr>
                <w:rFonts w:eastAsia="Times New Roman" w:cs="Times New Roman"/>
                <w:szCs w:val="26"/>
                <w:lang w:val="vi-VN"/>
              </w:rPr>
              <w:t xml:space="preserve"> </w:t>
            </w:r>
            <w:r w:rsidRPr="000F474A">
              <w:rPr>
                <w:rFonts w:eastAsia="Times New Roman" w:cs="Times New Roman"/>
                <w:szCs w:val="26"/>
                <w:lang w:val="vi-VN"/>
              </w:rPr>
              <w:t>hiệu quả trong công tác chữa cháy</w:t>
            </w:r>
            <w:r w:rsidR="00EA4D9A" w:rsidRPr="000F474A">
              <w:rPr>
                <w:rFonts w:eastAsia="Times New Roman" w:cs="Times New Roman"/>
                <w:szCs w:val="26"/>
                <w:lang w:val="vi-VN"/>
              </w:rPr>
              <w:t>; loại bỏ các nội dung liên quan đến nguyên tắc tiếp nhận, xử lý thông tin cháy rừng.</w:t>
            </w:r>
          </w:p>
        </w:tc>
      </w:tr>
      <w:tr w:rsidR="000F474A" w:rsidRPr="000F474A" w14:paraId="75CABA4F" w14:textId="77777777" w:rsidTr="00771D97">
        <w:trPr>
          <w:trHeight w:val="359"/>
        </w:trPr>
        <w:tc>
          <w:tcPr>
            <w:tcW w:w="5670" w:type="dxa"/>
            <w:vAlign w:val="center"/>
          </w:tcPr>
          <w:p w14:paraId="14B9B2EA" w14:textId="77777777" w:rsidR="00EA4D9A" w:rsidRPr="000F474A" w:rsidRDefault="00EA4D9A" w:rsidP="008B3F64">
            <w:pPr>
              <w:jc w:val="both"/>
              <w:rPr>
                <w:rFonts w:eastAsia="Times New Roman" w:cs="Times New Roman"/>
                <w:szCs w:val="26"/>
              </w:rPr>
            </w:pPr>
            <w:r w:rsidRPr="000F474A">
              <w:rPr>
                <w:rFonts w:eastAsia="Times New Roman" w:cs="Times New Roman"/>
                <w:szCs w:val="26"/>
              </w:rPr>
              <w:t>Điều 4.</w:t>
            </w:r>
          </w:p>
          <w:p w14:paraId="2E3F23FB" w14:textId="76C423B6" w:rsidR="00F16119" w:rsidRPr="000F474A" w:rsidRDefault="0023062B" w:rsidP="00DB37EF">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Quyết định số 47/2021/QĐ-UBND</w:t>
            </w:r>
            <w:r w:rsidRPr="000F474A">
              <w:rPr>
                <w:rFonts w:cs="Times New Roman"/>
                <w:bCs/>
                <w:szCs w:val="26"/>
                <w:shd w:val="clear" w:color="auto" w:fill="FFFFFF"/>
              </w:rPr>
              <w:t xml:space="preserve"> quy định yêu </w:t>
            </w:r>
            <w:r w:rsidRPr="000F474A">
              <w:rPr>
                <w:rFonts w:cs="Times New Roman"/>
                <w:bCs/>
                <w:szCs w:val="26"/>
                <w:shd w:val="clear" w:color="auto" w:fill="FFFFFF"/>
              </w:rPr>
              <w:lastRenderedPageBreak/>
              <w:t>cầu trong chữa cháy rừng</w:t>
            </w:r>
            <w:r w:rsidR="00F16119" w:rsidRPr="000F474A">
              <w:rPr>
                <w:rFonts w:cs="Times New Roman"/>
                <w:bCs/>
                <w:szCs w:val="26"/>
                <w:shd w:val="clear" w:color="auto" w:fill="FFFFFF"/>
              </w:rPr>
              <w:t xml:space="preserve"> với 04 nội dung yêu cầu: </w:t>
            </w:r>
            <w:r w:rsidR="005C1F04" w:rsidRPr="000F474A">
              <w:rPr>
                <w:rFonts w:cs="Times New Roman"/>
                <w:bCs/>
                <w:szCs w:val="26"/>
                <w:shd w:val="clear" w:color="auto" w:fill="FFFFFF"/>
              </w:rPr>
              <w:t>(1)</w:t>
            </w:r>
            <w:r w:rsidR="00F16119" w:rsidRPr="000F474A">
              <w:rPr>
                <w:rFonts w:eastAsia="Times New Roman" w:cs="Times New Roman"/>
                <w:szCs w:val="26"/>
              </w:rPr>
              <w:t xml:space="preserve">Huy động tối đa lực lượng, phương tiện và thiết bị để chữa cháy; </w:t>
            </w:r>
            <w:r w:rsidR="005C1F04" w:rsidRPr="000F474A">
              <w:rPr>
                <w:rFonts w:eastAsia="Times New Roman" w:cs="Times New Roman"/>
                <w:szCs w:val="26"/>
              </w:rPr>
              <w:t xml:space="preserve"> (2) </w:t>
            </w:r>
            <w:r w:rsidR="00F16119" w:rsidRPr="000F474A">
              <w:rPr>
                <w:rFonts w:eastAsia="Times New Roman" w:cs="Times New Roman"/>
                <w:szCs w:val="26"/>
              </w:rPr>
              <w:t xml:space="preserve">Dập tắt lửa phải khẩn trương, kịp thời và triệt để; </w:t>
            </w:r>
            <w:r w:rsidR="00E60104" w:rsidRPr="000F474A">
              <w:rPr>
                <w:rFonts w:eastAsia="Times New Roman" w:cs="Times New Roman"/>
                <w:szCs w:val="26"/>
              </w:rPr>
              <w:t>(</w:t>
            </w:r>
            <w:r w:rsidR="005C1F04" w:rsidRPr="000F474A">
              <w:rPr>
                <w:rFonts w:eastAsia="Times New Roman" w:cs="Times New Roman"/>
                <w:szCs w:val="26"/>
              </w:rPr>
              <w:t xml:space="preserve">3) </w:t>
            </w:r>
            <w:r w:rsidR="00F16119" w:rsidRPr="000F474A">
              <w:rPr>
                <w:rFonts w:eastAsia="Times New Roman" w:cs="Times New Roman"/>
                <w:szCs w:val="26"/>
              </w:rPr>
              <w:t xml:space="preserve">Hạn chế đến mức thấp nhất thiệt hại về mọi mặt, đảm bảo an toàn tuyệt đối tính mạng, phương tiện, tài sản của nhân </w:t>
            </w:r>
            <w:r w:rsidR="00DB37EF" w:rsidRPr="000F474A">
              <w:rPr>
                <w:rFonts w:eastAsia="Times New Roman" w:cs="Times New Roman"/>
                <w:szCs w:val="26"/>
              </w:rPr>
              <w:t xml:space="preserve">dân và người tham gia chữa cháy; </w:t>
            </w:r>
            <w:r w:rsidR="005C1F04" w:rsidRPr="000F474A">
              <w:rPr>
                <w:rFonts w:eastAsia="Times New Roman" w:cs="Times New Roman"/>
                <w:szCs w:val="26"/>
              </w:rPr>
              <w:t xml:space="preserve">(4) </w:t>
            </w:r>
            <w:r w:rsidR="00F16119" w:rsidRPr="000F474A">
              <w:rPr>
                <w:rFonts w:eastAsia="Times New Roman" w:cs="Times New Roman"/>
                <w:szCs w:val="26"/>
              </w:rPr>
              <w:t>Trường hợp cháy rừng xảy ra trên diện rộng có nguy cơ gây thảm họa dẫn đến tình trạng khẩn cấp thì việc chữa cháy rừng phải tuân thủ các quy định của pháp luật về tình trạng khẩn cấp.</w:t>
            </w:r>
          </w:p>
          <w:p w14:paraId="7A28855C" w14:textId="0E18FD60" w:rsidR="0023062B" w:rsidRPr="000F474A" w:rsidRDefault="00DB37EF" w:rsidP="0023062B">
            <w:pPr>
              <w:jc w:val="both"/>
              <w:rPr>
                <w:rFonts w:cs="Times New Roman"/>
                <w:bCs/>
                <w:szCs w:val="26"/>
                <w:shd w:val="clear" w:color="auto" w:fill="FFFFFF"/>
              </w:rPr>
            </w:pPr>
            <w:r w:rsidRPr="000F474A">
              <w:rPr>
                <w:rFonts w:cs="Times New Roman"/>
                <w:bCs/>
                <w:szCs w:val="26"/>
                <w:shd w:val="clear" w:color="auto" w:fill="FFFFFF"/>
              </w:rPr>
              <w:t xml:space="preserve">- </w:t>
            </w:r>
            <w:r w:rsidR="0023062B" w:rsidRPr="000F474A">
              <w:rPr>
                <w:rFonts w:cs="Times New Roman"/>
                <w:szCs w:val="26"/>
                <w:shd w:val="clear" w:color="auto" w:fill="FFFFFF"/>
                <w:lang w:val="vi-VN"/>
              </w:rPr>
              <w:t xml:space="preserve">Quyết định số 33/2022/QĐ-UBND </w:t>
            </w:r>
            <w:r w:rsidR="0023062B" w:rsidRPr="000F474A">
              <w:rPr>
                <w:rFonts w:cs="Times New Roman"/>
                <w:bCs/>
                <w:szCs w:val="26"/>
                <w:shd w:val="clear" w:color="auto" w:fill="FFFFFF"/>
              </w:rPr>
              <w:t>quy định</w:t>
            </w:r>
            <w:bookmarkStart w:id="3" w:name="dieu_4"/>
            <w:r w:rsidR="0023062B" w:rsidRPr="000F474A">
              <w:rPr>
                <w:rFonts w:cs="Times New Roman"/>
                <w:bCs/>
                <w:szCs w:val="26"/>
                <w:shd w:val="clear" w:color="auto" w:fill="FFFFFF"/>
              </w:rPr>
              <w:t xml:space="preserve"> tiếp nhận thông tin cháy rừng</w:t>
            </w:r>
            <w:bookmarkEnd w:id="3"/>
          </w:p>
        </w:tc>
        <w:tc>
          <w:tcPr>
            <w:tcW w:w="3686" w:type="dxa"/>
            <w:vAlign w:val="center"/>
          </w:tcPr>
          <w:p w14:paraId="7F910BA3" w14:textId="09F2A5B7" w:rsidR="00EA4D9A" w:rsidRPr="000F474A" w:rsidRDefault="0023062B" w:rsidP="009359EF">
            <w:pPr>
              <w:tabs>
                <w:tab w:val="left" w:pos="567"/>
              </w:tabs>
              <w:spacing w:before="120"/>
              <w:ind w:firstLine="36"/>
              <w:jc w:val="both"/>
              <w:rPr>
                <w:rFonts w:cs="Times New Roman"/>
                <w:szCs w:val="26"/>
                <w:lang w:val="vi-VN"/>
              </w:rPr>
            </w:pPr>
            <w:r w:rsidRPr="000F474A">
              <w:rPr>
                <w:rFonts w:cs="Times New Roman"/>
                <w:szCs w:val="26"/>
              </w:rPr>
              <w:lastRenderedPageBreak/>
              <w:t>Điều 4</w:t>
            </w:r>
            <w:r w:rsidR="0097608B" w:rsidRPr="000F474A">
              <w:rPr>
                <w:rFonts w:cs="Times New Roman"/>
                <w:szCs w:val="26"/>
              </w:rPr>
              <w:t xml:space="preserve"> </w:t>
            </w:r>
            <w:r w:rsidRPr="000F474A">
              <w:rPr>
                <w:rFonts w:cs="Times New Roman"/>
                <w:bCs/>
                <w:szCs w:val="26"/>
                <w:shd w:val="clear" w:color="auto" w:fill="FFFFFF"/>
              </w:rPr>
              <w:t xml:space="preserve">quy định </w:t>
            </w:r>
            <w:r w:rsidR="0097608B" w:rsidRPr="000F474A">
              <w:rPr>
                <w:rFonts w:cs="Times New Roman"/>
                <w:bCs/>
                <w:szCs w:val="26"/>
                <w:shd w:val="clear" w:color="auto" w:fill="FFFFFF"/>
              </w:rPr>
              <w:t xml:space="preserve">về </w:t>
            </w:r>
            <w:r w:rsidRPr="000F474A">
              <w:rPr>
                <w:rFonts w:cs="Times New Roman"/>
                <w:bCs/>
                <w:szCs w:val="26"/>
                <w:shd w:val="clear" w:color="auto" w:fill="FFFFFF"/>
              </w:rPr>
              <w:t xml:space="preserve">yêu cầu </w:t>
            </w:r>
            <w:r w:rsidRPr="000F474A">
              <w:rPr>
                <w:rFonts w:cs="Times New Roman"/>
                <w:bCs/>
                <w:szCs w:val="26"/>
                <w:shd w:val="clear" w:color="auto" w:fill="FFFFFF"/>
              </w:rPr>
              <w:lastRenderedPageBreak/>
              <w:t>trong chữa cháy rừng</w:t>
            </w:r>
            <w:r w:rsidR="00DB37EF" w:rsidRPr="000F474A">
              <w:rPr>
                <w:rFonts w:cs="Times New Roman"/>
                <w:bCs/>
                <w:szCs w:val="26"/>
                <w:shd w:val="clear" w:color="auto" w:fill="FFFFFF"/>
              </w:rPr>
              <w:t xml:space="preserve"> với 04 nội dung yêu cầu: </w:t>
            </w:r>
            <w:r w:rsidR="005C1F04" w:rsidRPr="000F474A">
              <w:rPr>
                <w:rFonts w:cs="Times New Roman"/>
                <w:bCs/>
                <w:szCs w:val="26"/>
                <w:shd w:val="clear" w:color="auto" w:fill="FFFFFF"/>
              </w:rPr>
              <w:t>(1)</w:t>
            </w:r>
            <w:r w:rsidR="00DB37EF" w:rsidRPr="000F474A">
              <w:rPr>
                <w:rFonts w:cs="Times New Roman"/>
                <w:szCs w:val="26"/>
                <w:lang w:val="vi-VN"/>
              </w:rPr>
              <w:t>Huy động tối đa lực lượng, phương tiện và thiết bị, dụng cụ để chữa cháy</w:t>
            </w:r>
            <w:r w:rsidR="00DB37EF" w:rsidRPr="000F474A">
              <w:rPr>
                <w:rFonts w:cs="Times New Roman"/>
                <w:szCs w:val="26"/>
              </w:rPr>
              <w:t xml:space="preserve">; </w:t>
            </w:r>
            <w:r w:rsidR="005C1F04" w:rsidRPr="000F474A">
              <w:rPr>
                <w:rFonts w:cs="Times New Roman"/>
                <w:szCs w:val="26"/>
              </w:rPr>
              <w:t>(2)</w:t>
            </w:r>
            <w:r w:rsidR="00DB37EF" w:rsidRPr="000F474A">
              <w:rPr>
                <w:rFonts w:cs="Times New Roman"/>
                <w:szCs w:val="26"/>
                <w:lang w:val="vi-VN"/>
              </w:rPr>
              <w:t xml:space="preserve"> Dập tắt lửa phải khẩn trương, kịp thời và triệt để. Hạn chế đến mức thấp nhất thiệt hại về mọi mặt; </w:t>
            </w:r>
            <w:r w:rsidR="005C1F04" w:rsidRPr="000F474A">
              <w:rPr>
                <w:rFonts w:cs="Times New Roman"/>
                <w:szCs w:val="26"/>
                <w:lang w:val="vi-VN"/>
              </w:rPr>
              <w:t>(3)</w:t>
            </w:r>
            <w:r w:rsidR="00DB37EF" w:rsidRPr="000F474A">
              <w:rPr>
                <w:rFonts w:cs="Times New Roman"/>
                <w:szCs w:val="26"/>
                <w:lang w:val="vi-VN"/>
              </w:rPr>
              <w:t>Đảm bảo an toàn tính mạng, phương tiện, tài sản của Nhân dân và người tham gia chữa cháy. Trường hợp có người bị thương phải kịp thời sơ cứu và đưa đi cấp cứu; lập hồ sơ, biên bản theo quy định để làm căn cứ xem xét, giải quyết chế độ, chính sách cho người tham gia chữa cháy rừ</w:t>
            </w:r>
            <w:r w:rsidR="005C1F04" w:rsidRPr="000F474A">
              <w:rPr>
                <w:rFonts w:cs="Times New Roman"/>
                <w:szCs w:val="26"/>
                <w:lang w:val="vi-VN"/>
              </w:rPr>
              <w:t xml:space="preserve">ng; (4) </w:t>
            </w:r>
            <w:r w:rsidR="00DB37EF" w:rsidRPr="000F474A">
              <w:rPr>
                <w:rFonts w:cs="Times New Roman"/>
                <w:szCs w:val="26"/>
                <w:lang w:val="vi-VN"/>
              </w:rPr>
              <w:t>Trong trường hợp cháy rừng xảy ra trên diện rộng có nguy cơ gây thảm họa dẫn đến tình trạng khẩn cấp thì việc chữa cháy rừng phải tuân thủ các quy định của pháp luật về tình trạng khẩn cấ</w:t>
            </w:r>
            <w:r w:rsidR="009359EF" w:rsidRPr="000F474A">
              <w:rPr>
                <w:rFonts w:cs="Times New Roman"/>
                <w:szCs w:val="26"/>
                <w:lang w:val="vi-VN"/>
              </w:rPr>
              <w:t xml:space="preserve">p. </w:t>
            </w:r>
          </w:p>
        </w:tc>
        <w:tc>
          <w:tcPr>
            <w:tcW w:w="3685" w:type="dxa"/>
            <w:vAlign w:val="center"/>
          </w:tcPr>
          <w:p w14:paraId="7A7857BC" w14:textId="44FED539" w:rsidR="00EA4D9A" w:rsidRPr="000F474A" w:rsidRDefault="005C1F04" w:rsidP="00E60104">
            <w:pPr>
              <w:jc w:val="both"/>
              <w:rPr>
                <w:rFonts w:eastAsia="Times New Roman" w:cs="Times New Roman"/>
                <w:szCs w:val="26"/>
                <w:lang w:val="vi-VN"/>
              </w:rPr>
            </w:pPr>
            <w:r w:rsidRPr="000F474A">
              <w:rPr>
                <w:rFonts w:eastAsia="Times New Roman" w:cs="Times New Roman"/>
                <w:szCs w:val="26"/>
                <w:lang w:val="vi-VN"/>
              </w:rPr>
              <w:lastRenderedPageBreak/>
              <w:t xml:space="preserve">Kế thừa nội dụng của </w:t>
            </w:r>
            <w:r w:rsidRPr="000F474A">
              <w:rPr>
                <w:rFonts w:cs="Times New Roman"/>
                <w:bCs/>
                <w:szCs w:val="26"/>
                <w:shd w:val="clear" w:color="auto" w:fill="FFFFFF"/>
                <w:lang w:val="vi-VN"/>
              </w:rPr>
              <w:t xml:space="preserve">Quyết định số 47/2021/QĐ-UBND, đồng </w:t>
            </w:r>
            <w:r w:rsidRPr="000F474A">
              <w:rPr>
                <w:rFonts w:cs="Times New Roman"/>
                <w:bCs/>
                <w:szCs w:val="26"/>
                <w:shd w:val="clear" w:color="auto" w:fill="FFFFFF"/>
                <w:lang w:val="vi-VN"/>
              </w:rPr>
              <w:lastRenderedPageBreak/>
              <w:t xml:space="preserve">thời chỉnh sửa, bổ sung, hoàn thiện nội dung </w:t>
            </w:r>
            <w:r w:rsidRPr="000F474A">
              <w:rPr>
                <w:rFonts w:eastAsia="Times New Roman" w:cs="Times New Roman"/>
                <w:szCs w:val="26"/>
                <w:lang w:val="vi-VN"/>
              </w:rPr>
              <w:t>bảo đảm hiệu qu</w:t>
            </w:r>
            <w:r w:rsidR="00E60104" w:rsidRPr="000F474A">
              <w:rPr>
                <w:rFonts w:eastAsia="Times New Roman" w:cs="Times New Roman"/>
                <w:szCs w:val="26"/>
                <w:lang w:val="vi-VN"/>
              </w:rPr>
              <w:t>ả</w:t>
            </w:r>
            <w:r w:rsidRPr="000F474A">
              <w:rPr>
                <w:rFonts w:eastAsia="Times New Roman" w:cs="Times New Roman"/>
                <w:szCs w:val="26"/>
                <w:lang w:val="vi-VN"/>
              </w:rPr>
              <w:t xml:space="preserve"> và an toàn </w:t>
            </w:r>
            <w:r w:rsidR="00E60104" w:rsidRPr="000F474A">
              <w:rPr>
                <w:rFonts w:eastAsia="Times New Roman" w:cs="Times New Roman"/>
                <w:szCs w:val="26"/>
                <w:lang w:val="vi-VN"/>
              </w:rPr>
              <w:t xml:space="preserve">trong quá trình tham gia chữa cháy rừng; loại bỏ nội dung quy định tiếp nhận thông tin cháy rừng tại </w:t>
            </w:r>
            <w:r w:rsidR="00E60104" w:rsidRPr="000F474A">
              <w:rPr>
                <w:rFonts w:cs="Times New Roman"/>
                <w:szCs w:val="26"/>
                <w:shd w:val="clear" w:color="auto" w:fill="FFFFFF"/>
                <w:lang w:val="vi-VN"/>
              </w:rPr>
              <w:t>Quyết định số 33/2022/QĐ-UBND</w:t>
            </w:r>
          </w:p>
        </w:tc>
      </w:tr>
      <w:tr w:rsidR="000F474A" w:rsidRPr="000F474A" w14:paraId="5A927271" w14:textId="77777777" w:rsidTr="00771D97">
        <w:trPr>
          <w:trHeight w:val="359"/>
        </w:trPr>
        <w:tc>
          <w:tcPr>
            <w:tcW w:w="5670" w:type="dxa"/>
            <w:vAlign w:val="center"/>
          </w:tcPr>
          <w:p w14:paraId="75E9731A" w14:textId="41BE8B61" w:rsidR="00E60104" w:rsidRPr="000F474A" w:rsidRDefault="00E60104" w:rsidP="008B3F64">
            <w:pPr>
              <w:jc w:val="both"/>
              <w:rPr>
                <w:rFonts w:eastAsia="Times New Roman" w:cs="Times New Roman"/>
                <w:szCs w:val="26"/>
              </w:rPr>
            </w:pPr>
            <w:r w:rsidRPr="000F474A">
              <w:rPr>
                <w:rFonts w:eastAsia="Times New Roman" w:cs="Times New Roman"/>
                <w:szCs w:val="26"/>
              </w:rPr>
              <w:lastRenderedPageBreak/>
              <w:t>Điều 5.</w:t>
            </w:r>
          </w:p>
          <w:p w14:paraId="74A4A953" w14:textId="77C43272" w:rsidR="00E60104" w:rsidRPr="000F474A" w:rsidRDefault="00E60104" w:rsidP="00E60104">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Quyết định số 47/2021/QĐ-UBND</w:t>
            </w:r>
            <w:r w:rsidRPr="000F474A">
              <w:rPr>
                <w:rFonts w:cs="Times New Roman"/>
                <w:bCs/>
                <w:szCs w:val="26"/>
                <w:shd w:val="clear" w:color="auto" w:fill="FFFFFF"/>
              </w:rPr>
              <w:t xml:space="preserve"> quy định </w:t>
            </w:r>
            <w:bookmarkStart w:id="4" w:name="dieu_5"/>
            <w:r w:rsidRPr="000F474A">
              <w:rPr>
                <w:rFonts w:cs="Times New Roman"/>
                <w:bCs/>
                <w:szCs w:val="26"/>
                <w:shd w:val="clear" w:color="auto" w:fill="FFFFFF"/>
              </w:rPr>
              <w:t>Ban Chỉ đạo về phòng cháy, chữa cháy rừng các cấp</w:t>
            </w:r>
            <w:bookmarkEnd w:id="4"/>
            <w:r w:rsidRPr="000F474A">
              <w:rPr>
                <w:rFonts w:cs="Times New Roman"/>
                <w:bCs/>
                <w:szCs w:val="26"/>
                <w:shd w:val="clear" w:color="auto" w:fill="FFFFFF"/>
              </w:rPr>
              <w:t>.</w:t>
            </w:r>
          </w:p>
          <w:p w14:paraId="3CD03DE5" w14:textId="77777777" w:rsidR="00E60104" w:rsidRPr="000F474A" w:rsidRDefault="00E60104" w:rsidP="00E60104">
            <w:pPr>
              <w:jc w:val="both"/>
              <w:rPr>
                <w:rFonts w:cs="Times New Roman"/>
                <w:bCs/>
                <w:szCs w:val="26"/>
                <w:shd w:val="clear" w:color="auto" w:fill="FFFFFF"/>
              </w:rPr>
            </w:pPr>
          </w:p>
          <w:p w14:paraId="0A00B6CB" w14:textId="3BCEEEA8" w:rsidR="00E60104" w:rsidRPr="000F474A" w:rsidRDefault="00E60104" w:rsidP="008B3F64">
            <w:pPr>
              <w:jc w:val="both"/>
              <w:rPr>
                <w:rFonts w:eastAsia="Times New Roman" w:cs="Times New Roman"/>
                <w:szCs w:val="26"/>
              </w:rPr>
            </w:pPr>
            <w:r w:rsidRPr="000F474A">
              <w:rPr>
                <w:rFonts w:cs="Times New Roman"/>
                <w:bCs/>
                <w:szCs w:val="26"/>
                <w:shd w:val="clear" w:color="auto" w:fill="FFFFFF"/>
              </w:rPr>
              <w:t xml:space="preserve">- </w:t>
            </w:r>
            <w:r w:rsidRPr="000F474A">
              <w:rPr>
                <w:rFonts w:cs="Times New Roman"/>
                <w:szCs w:val="26"/>
                <w:shd w:val="clear" w:color="auto" w:fill="FFFFFF"/>
                <w:lang w:val="vi-VN"/>
              </w:rPr>
              <w:t xml:space="preserve">Quyết định số 33/2022/QĐ-UBND </w:t>
            </w:r>
            <w:r w:rsidRPr="000F474A">
              <w:rPr>
                <w:rFonts w:cs="Times New Roman"/>
                <w:bCs/>
                <w:szCs w:val="26"/>
                <w:shd w:val="clear" w:color="auto" w:fill="FFFFFF"/>
              </w:rPr>
              <w:t xml:space="preserve">quy định xử lý </w:t>
            </w:r>
            <w:r w:rsidRPr="000F474A">
              <w:rPr>
                <w:rFonts w:cs="Times New Roman"/>
                <w:bCs/>
                <w:szCs w:val="26"/>
                <w:shd w:val="clear" w:color="auto" w:fill="FFFFFF"/>
              </w:rPr>
              <w:lastRenderedPageBreak/>
              <w:t>thông tin cháy rừng</w:t>
            </w:r>
          </w:p>
        </w:tc>
        <w:tc>
          <w:tcPr>
            <w:tcW w:w="3686" w:type="dxa"/>
            <w:vAlign w:val="center"/>
          </w:tcPr>
          <w:p w14:paraId="58714384" w14:textId="6C496380" w:rsidR="00E60104" w:rsidRPr="000F474A" w:rsidRDefault="0097608B" w:rsidP="00C85583">
            <w:pPr>
              <w:tabs>
                <w:tab w:val="left" w:pos="567"/>
              </w:tabs>
              <w:spacing w:before="120"/>
              <w:ind w:firstLine="36"/>
              <w:jc w:val="both"/>
              <w:rPr>
                <w:rFonts w:cs="Times New Roman"/>
                <w:szCs w:val="26"/>
              </w:rPr>
            </w:pPr>
            <w:r w:rsidRPr="000F474A">
              <w:rPr>
                <w:rFonts w:cs="Times New Roman"/>
                <w:bCs/>
                <w:szCs w:val="26"/>
              </w:rPr>
              <w:lastRenderedPageBreak/>
              <w:t>Điều 5 quy định về p</w:t>
            </w:r>
            <w:r w:rsidRPr="000F474A">
              <w:rPr>
                <w:rFonts w:cs="Times New Roman"/>
                <w:bCs/>
                <w:szCs w:val="26"/>
                <w:lang w:val="vi-VN"/>
              </w:rPr>
              <w:t>hân cấp xử lý cháy rừng</w:t>
            </w:r>
            <w:r w:rsidRPr="000F474A">
              <w:rPr>
                <w:rFonts w:cs="Times New Roman"/>
                <w:bCs/>
                <w:szCs w:val="26"/>
              </w:rPr>
              <w:t xml:space="preserve"> trong các tình huống: </w:t>
            </w:r>
            <w:r w:rsidRPr="000F474A">
              <w:rPr>
                <w:rStyle w:val="Strong"/>
                <w:rFonts w:cs="Times New Roman"/>
                <w:b w:val="0"/>
                <w:bCs w:val="0"/>
                <w:szCs w:val="26"/>
                <w:lang w:val="vi-VN"/>
              </w:rPr>
              <w:t>Cháy rừng mới phát sinh</w:t>
            </w:r>
            <w:r w:rsidRPr="000F474A">
              <w:rPr>
                <w:rStyle w:val="Strong"/>
                <w:rFonts w:cs="Times New Roman"/>
                <w:b w:val="0"/>
                <w:bCs w:val="0"/>
                <w:szCs w:val="26"/>
              </w:rPr>
              <w:t xml:space="preserve">; </w:t>
            </w:r>
            <w:r w:rsidRPr="000F474A">
              <w:rPr>
                <w:rStyle w:val="Strong"/>
                <w:rFonts w:cs="Times New Roman"/>
                <w:b w:val="0"/>
                <w:bCs w:val="0"/>
                <w:szCs w:val="26"/>
                <w:lang w:val="vi-VN"/>
              </w:rPr>
              <w:t xml:space="preserve">Cháy rừng vượt khả năng </w:t>
            </w:r>
            <w:r w:rsidRPr="000F474A">
              <w:rPr>
                <w:rFonts w:cs="Times New Roman"/>
                <w:szCs w:val="26"/>
                <w:lang w:val="vi-VN"/>
              </w:rPr>
              <w:t>kiểm soát của chủ rừng</w:t>
            </w:r>
            <w:r w:rsidRPr="000F474A">
              <w:rPr>
                <w:rFonts w:cs="Times New Roman"/>
                <w:szCs w:val="26"/>
              </w:rPr>
              <w:t xml:space="preserve">; </w:t>
            </w:r>
            <w:r w:rsidRPr="000F474A">
              <w:rPr>
                <w:rFonts w:cs="Times New Roman"/>
                <w:szCs w:val="26"/>
                <w:lang w:val="vi-VN"/>
              </w:rPr>
              <w:t>T</w:t>
            </w:r>
            <w:r w:rsidRPr="000F474A">
              <w:rPr>
                <w:rStyle w:val="Strong"/>
                <w:rFonts w:cs="Times New Roman"/>
                <w:b w:val="0"/>
                <w:bCs w:val="0"/>
                <w:szCs w:val="26"/>
                <w:lang w:val="vi-VN"/>
              </w:rPr>
              <w:t xml:space="preserve">rường hợp </w:t>
            </w:r>
            <w:r w:rsidRPr="000F474A">
              <w:rPr>
                <w:rStyle w:val="Strong"/>
                <w:rFonts w:cs="Times New Roman"/>
                <w:b w:val="0"/>
                <w:bCs w:val="0"/>
                <w:szCs w:val="26"/>
                <w:lang w:val="vi-VN"/>
              </w:rPr>
              <w:lastRenderedPageBreak/>
              <w:t xml:space="preserve">cháy rừng xảy ra tại khu vực giáp ranh hoặc cháy rừng </w:t>
            </w:r>
            <w:r w:rsidRPr="000F474A">
              <w:rPr>
                <w:rFonts w:cs="Times New Roman"/>
                <w:szCs w:val="26"/>
                <w:lang w:val="vi-VN"/>
              </w:rPr>
              <w:t>có nguy cơ lan rộ</w:t>
            </w:r>
            <w:r w:rsidR="00C85583" w:rsidRPr="000F474A">
              <w:rPr>
                <w:rFonts w:cs="Times New Roman"/>
                <w:szCs w:val="26"/>
                <w:lang w:val="vi-VN"/>
              </w:rPr>
              <w:t>ng</w:t>
            </w:r>
            <w:r w:rsidR="00C85583" w:rsidRPr="000F474A">
              <w:rPr>
                <w:rFonts w:cs="Times New Roman"/>
                <w:szCs w:val="26"/>
              </w:rPr>
              <w:t xml:space="preserve"> qua địa phương giáp ranh</w:t>
            </w:r>
            <w:r w:rsidR="00312E13" w:rsidRPr="000F474A">
              <w:rPr>
                <w:rFonts w:cs="Times New Roman"/>
                <w:szCs w:val="26"/>
              </w:rPr>
              <w:t xml:space="preserve">; </w:t>
            </w:r>
            <w:r w:rsidR="00312E13" w:rsidRPr="000F474A">
              <w:rPr>
                <w:rStyle w:val="Strong"/>
                <w:rFonts w:cs="Times New Roman"/>
                <w:b w:val="0"/>
                <w:bCs w:val="0"/>
                <w:szCs w:val="26"/>
                <w:lang w:val="vi-VN"/>
              </w:rPr>
              <w:t xml:space="preserve">Cháy rừng </w:t>
            </w:r>
            <w:r w:rsidR="00312E13" w:rsidRPr="000F474A">
              <w:rPr>
                <w:rFonts w:cs="Times New Roman"/>
                <w:szCs w:val="26"/>
                <w:lang w:val="vi-VN"/>
              </w:rPr>
              <w:t xml:space="preserve">có nguy cơ lan rộng, vượt khả năng kiểm soát của </w:t>
            </w:r>
            <w:r w:rsidR="00C85583" w:rsidRPr="000F474A">
              <w:rPr>
                <w:rFonts w:cs="Times New Roman"/>
                <w:szCs w:val="26"/>
              </w:rPr>
              <w:t>cấp xã</w:t>
            </w:r>
            <w:r w:rsidR="009F2BA3" w:rsidRPr="000F474A">
              <w:rPr>
                <w:rFonts w:cs="Times New Roman"/>
                <w:szCs w:val="26"/>
              </w:rPr>
              <w:t xml:space="preserve">; </w:t>
            </w:r>
            <w:r w:rsidR="009F2BA3" w:rsidRPr="000F474A">
              <w:rPr>
                <w:rStyle w:val="Strong"/>
                <w:rFonts w:cs="Times New Roman"/>
                <w:b w:val="0"/>
                <w:bCs w:val="0"/>
                <w:szCs w:val="26"/>
                <w:lang w:val="vi-VN"/>
              </w:rPr>
              <w:t>Trường hợp cháy rừng vượt khả năng kiểm soát của cấp tỉnh</w:t>
            </w:r>
          </w:p>
        </w:tc>
        <w:tc>
          <w:tcPr>
            <w:tcW w:w="3685" w:type="dxa"/>
            <w:vAlign w:val="center"/>
          </w:tcPr>
          <w:p w14:paraId="0C37FA85" w14:textId="71635118" w:rsidR="00E60104" w:rsidRPr="000F474A" w:rsidRDefault="000F276D" w:rsidP="001B3EC8">
            <w:pPr>
              <w:jc w:val="both"/>
              <w:rPr>
                <w:rFonts w:eastAsia="Times New Roman" w:cs="Times New Roman"/>
                <w:szCs w:val="26"/>
                <w:lang w:val="vi-VN"/>
              </w:rPr>
            </w:pPr>
            <w:r w:rsidRPr="000F474A">
              <w:rPr>
                <w:rFonts w:eastAsia="Times New Roman" w:cs="Times New Roman"/>
                <w:szCs w:val="26"/>
              </w:rPr>
              <w:lastRenderedPageBreak/>
              <w:t>Bổ sung mới nội</w:t>
            </w:r>
            <w:r w:rsidR="005E5091" w:rsidRPr="000F474A">
              <w:rPr>
                <w:rFonts w:eastAsia="Times New Roman" w:cs="Times New Roman"/>
                <w:szCs w:val="26"/>
              </w:rPr>
              <w:t xml:space="preserve"> dung</w:t>
            </w:r>
            <w:r w:rsidR="0097608B" w:rsidRPr="000F474A">
              <w:rPr>
                <w:rFonts w:eastAsia="Times New Roman" w:cs="Times New Roman"/>
                <w:szCs w:val="26"/>
              </w:rPr>
              <w:t xml:space="preserve"> </w:t>
            </w:r>
            <w:r w:rsidRPr="000F474A">
              <w:rPr>
                <w:rFonts w:eastAsia="Times New Roman" w:cs="Times New Roman"/>
                <w:szCs w:val="26"/>
              </w:rPr>
              <w:t xml:space="preserve">để </w:t>
            </w:r>
            <w:r w:rsidR="001B3EC8" w:rsidRPr="000F474A">
              <w:rPr>
                <w:rFonts w:eastAsia="Times New Roman" w:cs="Times New Roman"/>
                <w:szCs w:val="26"/>
              </w:rPr>
              <w:t>rõ trách nhiệm của trong mỗi tình huống cháy rừng</w:t>
            </w:r>
            <w:r w:rsidR="00C85583" w:rsidRPr="000F474A">
              <w:rPr>
                <w:rFonts w:eastAsia="Times New Roman" w:cs="Times New Roman"/>
                <w:szCs w:val="26"/>
              </w:rPr>
              <w:t>; loại bỏ nội dung tại Điều 5 của 02 Quyết định cũ.</w:t>
            </w:r>
          </w:p>
        </w:tc>
      </w:tr>
      <w:tr w:rsidR="000F474A" w:rsidRPr="000F474A" w14:paraId="2E14DAA4" w14:textId="77777777" w:rsidTr="00771D97">
        <w:trPr>
          <w:trHeight w:val="359"/>
        </w:trPr>
        <w:tc>
          <w:tcPr>
            <w:tcW w:w="5670" w:type="dxa"/>
            <w:vAlign w:val="center"/>
          </w:tcPr>
          <w:p w14:paraId="271A6090" w14:textId="77777777" w:rsidR="00C85583" w:rsidRPr="000F474A" w:rsidRDefault="00C85583" w:rsidP="008B3F64">
            <w:pPr>
              <w:jc w:val="both"/>
              <w:rPr>
                <w:rFonts w:eastAsia="Times New Roman" w:cs="Times New Roman"/>
                <w:szCs w:val="26"/>
              </w:rPr>
            </w:pPr>
            <w:r w:rsidRPr="000F474A">
              <w:rPr>
                <w:rFonts w:eastAsia="Times New Roman" w:cs="Times New Roman"/>
                <w:szCs w:val="26"/>
              </w:rPr>
              <w:t xml:space="preserve">Điều 6. </w:t>
            </w:r>
          </w:p>
          <w:p w14:paraId="000E3E6E" w14:textId="2E5C9F25" w:rsidR="00C85583" w:rsidRPr="000F474A" w:rsidRDefault="00C85583" w:rsidP="008B3F64">
            <w:pPr>
              <w:jc w:val="both"/>
              <w:rPr>
                <w:rFonts w:cs="Times New Roman"/>
                <w:bCs/>
                <w:szCs w:val="26"/>
                <w:shd w:val="clear" w:color="auto" w:fill="FFFFFF"/>
              </w:rPr>
            </w:pPr>
            <w:r w:rsidRPr="000F474A">
              <w:rPr>
                <w:rFonts w:cs="Times New Roman"/>
                <w:bCs/>
                <w:szCs w:val="26"/>
                <w:shd w:val="clear" w:color="auto" w:fill="FFFFFF"/>
              </w:rPr>
              <w:t xml:space="preserve">- </w:t>
            </w:r>
            <w:bookmarkStart w:id="5" w:name="dieu_6"/>
            <w:r w:rsidRPr="000F474A">
              <w:rPr>
                <w:rFonts w:cs="Times New Roman"/>
                <w:bCs/>
                <w:szCs w:val="26"/>
                <w:shd w:val="clear" w:color="auto" w:fill="FFFFFF"/>
                <w:lang w:val="vi-VN"/>
              </w:rPr>
              <w:t>Quyết định số 47/2021/QĐ-UBND</w:t>
            </w:r>
            <w:r w:rsidRPr="000F474A">
              <w:rPr>
                <w:rFonts w:cs="Times New Roman"/>
                <w:bCs/>
                <w:szCs w:val="26"/>
                <w:shd w:val="clear" w:color="auto" w:fill="FFFFFF"/>
              </w:rPr>
              <w:t xml:space="preserve"> quy định lực lượng phòng cháy, chữa cháy rừng các cấp</w:t>
            </w:r>
            <w:bookmarkEnd w:id="5"/>
            <w:r w:rsidRPr="000F474A">
              <w:rPr>
                <w:rFonts w:cs="Times New Roman"/>
                <w:bCs/>
                <w:szCs w:val="26"/>
                <w:shd w:val="clear" w:color="auto" w:fill="FFFFFF"/>
              </w:rPr>
              <w:t>.</w:t>
            </w:r>
          </w:p>
          <w:p w14:paraId="32520BA9" w14:textId="6AEEED9E" w:rsidR="00C85583" w:rsidRPr="000F474A" w:rsidRDefault="005E5091" w:rsidP="008B3F64">
            <w:pPr>
              <w:jc w:val="both"/>
              <w:rPr>
                <w:rFonts w:cs="Times New Roman"/>
                <w:bCs/>
                <w:szCs w:val="26"/>
                <w:shd w:val="clear" w:color="auto" w:fill="FFFFFF"/>
              </w:rPr>
            </w:pPr>
            <w:r w:rsidRPr="000F474A">
              <w:rPr>
                <w:rFonts w:cs="Times New Roman"/>
                <w:szCs w:val="26"/>
                <w:shd w:val="clear" w:color="auto" w:fill="FFFFFF"/>
              </w:rPr>
              <w:t xml:space="preserve">- </w:t>
            </w:r>
            <w:r w:rsidR="00C85583" w:rsidRPr="000F474A">
              <w:rPr>
                <w:rFonts w:cs="Times New Roman"/>
                <w:szCs w:val="26"/>
                <w:shd w:val="clear" w:color="auto" w:fill="FFFFFF"/>
                <w:lang w:val="vi-VN"/>
              </w:rPr>
              <w:t xml:space="preserve">Quyết định số 33/2022/QĐ-UBND </w:t>
            </w:r>
            <w:r w:rsidR="00C85583" w:rsidRPr="000F474A">
              <w:rPr>
                <w:rFonts w:cs="Times New Roman"/>
                <w:bCs/>
                <w:szCs w:val="26"/>
                <w:shd w:val="clear" w:color="auto" w:fill="FFFFFF"/>
              </w:rPr>
              <w:t xml:space="preserve">quy định </w:t>
            </w:r>
            <w:r w:rsidR="00E34E2E" w:rsidRPr="000F474A">
              <w:rPr>
                <w:rFonts w:cs="Times New Roman"/>
                <w:bCs/>
                <w:szCs w:val="26"/>
                <w:shd w:val="clear" w:color="auto" w:fill="FFFFFF"/>
              </w:rPr>
              <w:t>phối hợp huy động lực lượng, phương tiện và thiết bị chữa cháy rừng</w:t>
            </w:r>
          </w:p>
          <w:p w14:paraId="2D2810D7" w14:textId="247A39F5" w:rsidR="00C85583" w:rsidRPr="000F474A" w:rsidRDefault="00C85583" w:rsidP="008B3F64">
            <w:pPr>
              <w:jc w:val="both"/>
              <w:rPr>
                <w:rFonts w:eastAsia="Times New Roman" w:cs="Times New Roman"/>
                <w:szCs w:val="26"/>
              </w:rPr>
            </w:pPr>
          </w:p>
        </w:tc>
        <w:tc>
          <w:tcPr>
            <w:tcW w:w="3686" w:type="dxa"/>
            <w:vAlign w:val="center"/>
          </w:tcPr>
          <w:p w14:paraId="7E95EF70" w14:textId="209C21BA" w:rsidR="00E34E2E" w:rsidRPr="000F474A" w:rsidRDefault="00E34E2E" w:rsidP="00E34E2E">
            <w:pPr>
              <w:tabs>
                <w:tab w:val="left" w:pos="567"/>
              </w:tabs>
              <w:spacing w:before="120"/>
              <w:ind w:firstLine="37"/>
              <w:jc w:val="both"/>
              <w:rPr>
                <w:rFonts w:cs="Times New Roman"/>
                <w:szCs w:val="26"/>
                <w:lang w:val="vi-VN"/>
              </w:rPr>
            </w:pPr>
            <w:r w:rsidRPr="000F474A">
              <w:rPr>
                <w:rFonts w:cs="Times New Roman"/>
                <w:szCs w:val="26"/>
                <w:lang w:val="vi-VN"/>
              </w:rPr>
              <w:t>Điều 6</w:t>
            </w:r>
            <w:r w:rsidRPr="000F474A">
              <w:rPr>
                <w:rFonts w:cs="Times New Roman"/>
                <w:szCs w:val="26"/>
              </w:rPr>
              <w:t xml:space="preserve"> quy định t</w:t>
            </w:r>
            <w:r w:rsidRPr="000F474A">
              <w:rPr>
                <w:rFonts w:cs="Times New Roman"/>
                <w:szCs w:val="26"/>
                <w:lang w:val="vi-VN"/>
              </w:rPr>
              <w:t>rách nhiệm</w:t>
            </w:r>
            <w:r w:rsidR="0062043F" w:rsidRPr="000F474A">
              <w:rPr>
                <w:rFonts w:cs="Times New Roman"/>
                <w:szCs w:val="26"/>
              </w:rPr>
              <w:t xml:space="preserve"> </w:t>
            </w:r>
            <w:r w:rsidRPr="000F474A">
              <w:rPr>
                <w:rFonts w:cs="Times New Roman"/>
                <w:szCs w:val="26"/>
                <w:lang w:val="vi-VN"/>
              </w:rPr>
              <w:t>chữa cháy</w:t>
            </w:r>
          </w:p>
          <w:p w14:paraId="751AC35F" w14:textId="77777777" w:rsidR="00C85583" w:rsidRPr="000F474A" w:rsidRDefault="00C85583" w:rsidP="00C85583">
            <w:pPr>
              <w:tabs>
                <w:tab w:val="left" w:pos="567"/>
              </w:tabs>
              <w:spacing w:before="120"/>
              <w:ind w:firstLine="36"/>
              <w:jc w:val="both"/>
              <w:rPr>
                <w:rFonts w:cs="Times New Roman"/>
                <w:bCs/>
                <w:szCs w:val="26"/>
                <w:lang w:val="vi-VN"/>
              </w:rPr>
            </w:pPr>
          </w:p>
        </w:tc>
        <w:tc>
          <w:tcPr>
            <w:tcW w:w="3685" w:type="dxa"/>
            <w:vAlign w:val="center"/>
          </w:tcPr>
          <w:p w14:paraId="1EC6075A" w14:textId="7AE95D34" w:rsidR="00C85583" w:rsidRPr="000F474A" w:rsidRDefault="001D096B" w:rsidP="00932ACE">
            <w:pPr>
              <w:jc w:val="both"/>
              <w:rPr>
                <w:rFonts w:eastAsia="Times New Roman" w:cs="Times New Roman"/>
                <w:szCs w:val="26"/>
                <w:lang w:val="vi-VN"/>
              </w:rPr>
            </w:pPr>
            <w:r w:rsidRPr="000F474A">
              <w:rPr>
                <w:rFonts w:eastAsia="Times New Roman" w:cs="Times New Roman"/>
                <w:szCs w:val="26"/>
                <w:lang w:val="vi-VN"/>
              </w:rPr>
              <w:t>Kế</w:t>
            </w:r>
            <w:r w:rsidR="007246F0" w:rsidRPr="000F474A">
              <w:rPr>
                <w:rFonts w:eastAsia="Times New Roman" w:cs="Times New Roman"/>
                <w:szCs w:val="26"/>
                <w:lang w:val="vi-VN"/>
              </w:rPr>
              <w:t xml:space="preserve"> thừa</w:t>
            </w:r>
            <w:r w:rsidRPr="000F474A">
              <w:rPr>
                <w:rFonts w:eastAsia="Times New Roman" w:cs="Times New Roman"/>
                <w:szCs w:val="26"/>
                <w:lang w:val="vi-VN"/>
              </w:rPr>
              <w:t xml:space="preserve"> một số nội dung tại </w:t>
            </w:r>
            <w:r w:rsidR="007246F0" w:rsidRPr="000F474A">
              <w:rPr>
                <w:rFonts w:eastAsia="Times New Roman" w:cs="Times New Roman"/>
                <w:szCs w:val="26"/>
                <w:lang w:val="vi-VN"/>
              </w:rPr>
              <w:t xml:space="preserve">Điều 12 </w:t>
            </w:r>
            <w:r w:rsidR="007246F0" w:rsidRPr="000F474A">
              <w:rPr>
                <w:rFonts w:cs="Times New Roman"/>
                <w:bCs/>
                <w:szCs w:val="26"/>
                <w:shd w:val="clear" w:color="auto" w:fill="FFFFFF"/>
                <w:lang w:val="vi-VN"/>
              </w:rPr>
              <w:t>Quyết định số 47/2021/QĐ-UBND</w:t>
            </w:r>
            <w:r w:rsidR="0062043F" w:rsidRPr="000F474A">
              <w:rPr>
                <w:rFonts w:cs="Times New Roman"/>
                <w:bCs/>
                <w:szCs w:val="26"/>
                <w:shd w:val="clear" w:color="auto" w:fill="FFFFFF"/>
                <w:lang w:val="vi-VN"/>
              </w:rPr>
              <w:t xml:space="preserve">, bổ sung và hoàn thiện nội dung quy định trách nhiệm chữa cháy rừng đảm bảo </w:t>
            </w:r>
            <w:r w:rsidR="00932ACE" w:rsidRPr="000F474A">
              <w:rPr>
                <w:rFonts w:cs="Times New Roman"/>
                <w:bCs/>
                <w:szCs w:val="26"/>
                <w:shd w:val="clear" w:color="auto" w:fill="FFFFFF"/>
                <w:lang w:val="vi-VN"/>
              </w:rPr>
              <w:t>mỗi cơ quan, đơn vị, tổ chức, cá nhân có liên quan đều có trách nhiệm trong chữa cháy rừng; loại bỏ nội dung quy định tại Điều 6 của 02 Quyết định cũ.</w:t>
            </w:r>
          </w:p>
        </w:tc>
      </w:tr>
      <w:tr w:rsidR="000F474A" w:rsidRPr="000F474A" w14:paraId="5C0758E8" w14:textId="77777777" w:rsidTr="00771D97">
        <w:trPr>
          <w:trHeight w:val="359"/>
        </w:trPr>
        <w:tc>
          <w:tcPr>
            <w:tcW w:w="5670" w:type="dxa"/>
            <w:vAlign w:val="center"/>
          </w:tcPr>
          <w:p w14:paraId="41BA966F" w14:textId="77777777" w:rsidR="005E5091" w:rsidRPr="000F474A" w:rsidRDefault="00932ACE" w:rsidP="00932ACE">
            <w:pPr>
              <w:jc w:val="both"/>
              <w:rPr>
                <w:rFonts w:eastAsia="Times New Roman" w:cs="Times New Roman"/>
                <w:szCs w:val="26"/>
                <w:lang w:val="vi-VN"/>
              </w:rPr>
            </w:pPr>
            <w:r w:rsidRPr="000F474A">
              <w:rPr>
                <w:rFonts w:eastAsia="Times New Roman" w:cs="Times New Roman"/>
                <w:szCs w:val="26"/>
                <w:lang w:val="vi-VN"/>
              </w:rPr>
              <w:t>Điều 7</w:t>
            </w:r>
            <w:r w:rsidR="005E5091" w:rsidRPr="000F474A">
              <w:rPr>
                <w:rFonts w:eastAsia="Times New Roman" w:cs="Times New Roman"/>
                <w:szCs w:val="26"/>
                <w:lang w:val="vi-VN"/>
              </w:rPr>
              <w:t>.</w:t>
            </w:r>
          </w:p>
          <w:p w14:paraId="1B2154B8" w14:textId="0E43FB6F" w:rsidR="00932ACE" w:rsidRPr="000F474A" w:rsidRDefault="005E5091" w:rsidP="00932ACE">
            <w:pPr>
              <w:jc w:val="both"/>
              <w:rPr>
                <w:rFonts w:eastAsia="Times New Roman" w:cs="Times New Roman"/>
                <w:szCs w:val="26"/>
                <w:lang w:val="vi-VN"/>
              </w:rPr>
            </w:pPr>
            <w:r w:rsidRPr="000F474A">
              <w:rPr>
                <w:rFonts w:eastAsia="Times New Roman" w:cs="Times New Roman"/>
                <w:szCs w:val="26"/>
                <w:lang w:val="vi-VN"/>
              </w:rPr>
              <w:t>-</w:t>
            </w:r>
            <w:r w:rsidR="00932ACE" w:rsidRPr="000F474A">
              <w:rPr>
                <w:rFonts w:cs="Times New Roman"/>
                <w:bCs/>
                <w:szCs w:val="26"/>
                <w:shd w:val="clear" w:color="auto" w:fill="FFFFFF"/>
                <w:lang w:val="vi-VN"/>
              </w:rPr>
              <w:t xml:space="preserve"> Quyết định số 47/2021/QĐ-UBND quy định </w:t>
            </w:r>
            <w:bookmarkStart w:id="6" w:name="dieu_7"/>
            <w:r w:rsidRPr="000F474A">
              <w:rPr>
                <w:rFonts w:cs="Times New Roman"/>
                <w:bCs/>
                <w:szCs w:val="26"/>
                <w:shd w:val="clear" w:color="auto" w:fill="FFFFFF"/>
                <w:lang w:val="vi-VN"/>
              </w:rPr>
              <w:t>tiếp nhận, xử lý thông tin cấp dự báo cháy rừng</w:t>
            </w:r>
            <w:bookmarkEnd w:id="6"/>
          </w:p>
          <w:p w14:paraId="68BBCD04" w14:textId="57B11206" w:rsidR="00932ACE" w:rsidRPr="000F474A" w:rsidRDefault="005E5091" w:rsidP="00932ACE">
            <w:pPr>
              <w:jc w:val="both"/>
              <w:rPr>
                <w:rFonts w:cs="Times New Roman"/>
                <w:bCs/>
                <w:szCs w:val="26"/>
                <w:shd w:val="clear" w:color="auto" w:fill="FFFFFF"/>
                <w:lang w:val="vi-VN"/>
              </w:rPr>
            </w:pPr>
            <w:r w:rsidRPr="000F474A">
              <w:rPr>
                <w:rFonts w:cs="Times New Roman"/>
                <w:szCs w:val="26"/>
                <w:shd w:val="clear" w:color="auto" w:fill="FFFFFF"/>
                <w:lang w:val="vi-VN"/>
              </w:rPr>
              <w:t xml:space="preserve">- </w:t>
            </w:r>
            <w:r w:rsidR="00932ACE" w:rsidRPr="000F474A">
              <w:rPr>
                <w:rFonts w:cs="Times New Roman"/>
                <w:szCs w:val="26"/>
                <w:shd w:val="clear" w:color="auto" w:fill="FFFFFF"/>
                <w:lang w:val="vi-VN"/>
              </w:rPr>
              <w:t xml:space="preserve">Quyết định số 33/2022/QĐ-UBND </w:t>
            </w:r>
            <w:r w:rsidR="00932ACE" w:rsidRPr="000F474A">
              <w:rPr>
                <w:rFonts w:cs="Times New Roman"/>
                <w:bCs/>
                <w:szCs w:val="26"/>
                <w:shd w:val="clear" w:color="auto" w:fill="FFFFFF"/>
                <w:lang w:val="vi-VN"/>
              </w:rPr>
              <w:t xml:space="preserve">quy định </w:t>
            </w:r>
            <w:r w:rsidR="009807A1" w:rsidRPr="000F474A">
              <w:rPr>
                <w:rFonts w:cs="Times New Roman"/>
                <w:bCs/>
                <w:szCs w:val="26"/>
                <w:shd w:val="clear" w:color="auto" w:fill="FFFFFF"/>
                <w:lang w:val="vi-VN"/>
              </w:rPr>
              <w:t>trách nhiệm của các Sở, ban ngành liên quan</w:t>
            </w:r>
          </w:p>
          <w:p w14:paraId="07688CC9" w14:textId="73A50277" w:rsidR="00932ACE" w:rsidRPr="000F474A" w:rsidRDefault="00932ACE" w:rsidP="008B3F64">
            <w:pPr>
              <w:jc w:val="both"/>
              <w:rPr>
                <w:rFonts w:eastAsia="Times New Roman" w:cs="Times New Roman"/>
                <w:szCs w:val="26"/>
                <w:lang w:val="vi-VN"/>
              </w:rPr>
            </w:pPr>
          </w:p>
        </w:tc>
        <w:tc>
          <w:tcPr>
            <w:tcW w:w="3686" w:type="dxa"/>
            <w:vAlign w:val="center"/>
          </w:tcPr>
          <w:p w14:paraId="60347F5A" w14:textId="7FBCE012" w:rsidR="008B452F" w:rsidRPr="000F474A" w:rsidRDefault="005E5091" w:rsidP="008B452F">
            <w:pPr>
              <w:spacing w:before="120"/>
              <w:jc w:val="both"/>
              <w:rPr>
                <w:rFonts w:cs="Times New Roman"/>
                <w:szCs w:val="26"/>
                <w:lang w:val="vi-VN"/>
              </w:rPr>
            </w:pPr>
            <w:r w:rsidRPr="000F474A">
              <w:rPr>
                <w:rFonts w:cs="Times New Roman"/>
                <w:szCs w:val="26"/>
                <w:lang w:val="vi-VN"/>
              </w:rPr>
              <w:t>Điều 7</w:t>
            </w:r>
            <w:r w:rsidR="008B452F" w:rsidRPr="000F474A">
              <w:rPr>
                <w:rFonts w:cs="Times New Roman"/>
                <w:szCs w:val="26"/>
                <w:lang w:val="vi-VN"/>
              </w:rPr>
              <w:t xml:space="preserve"> quy định huy động lực lượng</w:t>
            </w:r>
            <w:r w:rsidR="009807A1" w:rsidRPr="000F474A">
              <w:rPr>
                <w:rFonts w:cs="Times New Roman"/>
                <w:szCs w:val="26"/>
                <w:lang w:val="vi-VN"/>
              </w:rPr>
              <w:t>, phương tiện, thiết bị</w:t>
            </w:r>
            <w:r w:rsidR="008B452F" w:rsidRPr="000F474A">
              <w:rPr>
                <w:rFonts w:cs="Times New Roman"/>
                <w:szCs w:val="26"/>
                <w:lang w:val="vi-VN"/>
              </w:rPr>
              <w:t xml:space="preserve"> tham gia chữa cháy rừng các cấp</w:t>
            </w:r>
          </w:p>
          <w:p w14:paraId="50EDB4A4" w14:textId="2D5AEEF6" w:rsidR="00932ACE" w:rsidRPr="000F474A" w:rsidRDefault="005E5091" w:rsidP="00E34E2E">
            <w:pPr>
              <w:tabs>
                <w:tab w:val="left" w:pos="567"/>
              </w:tabs>
              <w:spacing w:before="120"/>
              <w:ind w:firstLine="37"/>
              <w:jc w:val="both"/>
              <w:rPr>
                <w:rFonts w:cs="Times New Roman"/>
                <w:szCs w:val="26"/>
                <w:lang w:val="vi-VN"/>
              </w:rPr>
            </w:pPr>
            <w:r w:rsidRPr="000F474A">
              <w:rPr>
                <w:rFonts w:cs="Times New Roman"/>
                <w:szCs w:val="26"/>
                <w:lang w:val="vi-VN"/>
              </w:rPr>
              <w:t xml:space="preserve"> </w:t>
            </w:r>
          </w:p>
        </w:tc>
        <w:tc>
          <w:tcPr>
            <w:tcW w:w="3685" w:type="dxa"/>
            <w:vAlign w:val="center"/>
          </w:tcPr>
          <w:p w14:paraId="4A37DC32" w14:textId="6240DD40" w:rsidR="00932ACE" w:rsidRPr="000F474A" w:rsidRDefault="00277178" w:rsidP="009807A1">
            <w:pPr>
              <w:jc w:val="both"/>
              <w:rPr>
                <w:rFonts w:eastAsia="Times New Roman" w:cs="Times New Roman"/>
                <w:szCs w:val="26"/>
                <w:lang w:val="vi-VN"/>
              </w:rPr>
            </w:pPr>
            <w:r w:rsidRPr="000F474A">
              <w:rPr>
                <w:rFonts w:eastAsia="Times New Roman" w:cs="Times New Roman"/>
                <w:szCs w:val="26"/>
                <w:lang w:val="vi-VN"/>
              </w:rPr>
              <w:t xml:space="preserve">Kế thừa một số nội dung tại Điều 10 </w:t>
            </w:r>
            <w:r w:rsidRPr="000F474A">
              <w:rPr>
                <w:rFonts w:cs="Times New Roman"/>
                <w:bCs/>
                <w:szCs w:val="26"/>
                <w:shd w:val="clear" w:color="auto" w:fill="FFFFFF"/>
                <w:lang w:val="vi-VN"/>
              </w:rPr>
              <w:t>Quyết định số 47/2021/QĐ-UBND</w:t>
            </w:r>
            <w:r w:rsidR="004C68E5" w:rsidRPr="000F474A">
              <w:rPr>
                <w:rFonts w:cs="Times New Roman"/>
                <w:bCs/>
                <w:szCs w:val="26"/>
                <w:shd w:val="clear" w:color="auto" w:fill="FFFFFF"/>
                <w:lang w:val="vi-VN"/>
              </w:rPr>
              <w:t xml:space="preserve">, bổ sung và hoàn thiện nội dung quy định </w:t>
            </w:r>
            <w:r w:rsidR="009807A1" w:rsidRPr="000F474A">
              <w:rPr>
                <w:rFonts w:cs="Times New Roman"/>
                <w:bCs/>
                <w:szCs w:val="26"/>
                <w:shd w:val="clear" w:color="auto" w:fill="FFFFFF"/>
                <w:lang w:val="vi-VN"/>
              </w:rPr>
              <w:t>huy động lực lượng, phương tiện, thiết bị tham gia chữa cháy rừng từng cấp đảm bảo các lực lượng, phượng tiện, thiết bị được huy động tham gia đầy đủ, chữa cháy kịp thời</w:t>
            </w:r>
            <w:r w:rsidR="004C68E5" w:rsidRPr="000F474A">
              <w:rPr>
                <w:rFonts w:cs="Times New Roman"/>
                <w:bCs/>
                <w:szCs w:val="26"/>
                <w:shd w:val="clear" w:color="auto" w:fill="FFFFFF"/>
                <w:lang w:val="vi-VN"/>
              </w:rPr>
              <w:t xml:space="preserve">; loại bỏ nội dung </w:t>
            </w:r>
            <w:r w:rsidR="004C68E5" w:rsidRPr="000F474A">
              <w:rPr>
                <w:rFonts w:cs="Times New Roman"/>
                <w:bCs/>
                <w:szCs w:val="26"/>
                <w:shd w:val="clear" w:color="auto" w:fill="FFFFFF"/>
                <w:lang w:val="vi-VN"/>
              </w:rPr>
              <w:lastRenderedPageBreak/>
              <w:t xml:space="preserve">quy định tại Điều </w:t>
            </w:r>
            <w:r w:rsidR="009807A1" w:rsidRPr="000F474A">
              <w:rPr>
                <w:rFonts w:cs="Times New Roman"/>
                <w:bCs/>
                <w:szCs w:val="26"/>
                <w:shd w:val="clear" w:color="auto" w:fill="FFFFFF"/>
                <w:lang w:val="vi-VN"/>
              </w:rPr>
              <w:t>7</w:t>
            </w:r>
            <w:r w:rsidR="004C68E5" w:rsidRPr="000F474A">
              <w:rPr>
                <w:rFonts w:cs="Times New Roman"/>
                <w:bCs/>
                <w:szCs w:val="26"/>
                <w:shd w:val="clear" w:color="auto" w:fill="FFFFFF"/>
                <w:lang w:val="vi-VN"/>
              </w:rPr>
              <w:t xml:space="preserve"> của 02 Quyết định cũ.</w:t>
            </w:r>
          </w:p>
        </w:tc>
      </w:tr>
      <w:tr w:rsidR="000F474A" w:rsidRPr="000F474A" w14:paraId="1DB4F602" w14:textId="77777777" w:rsidTr="00771D97">
        <w:trPr>
          <w:trHeight w:val="359"/>
        </w:trPr>
        <w:tc>
          <w:tcPr>
            <w:tcW w:w="5670" w:type="dxa"/>
            <w:vAlign w:val="center"/>
          </w:tcPr>
          <w:p w14:paraId="7129271F" w14:textId="4D39935A" w:rsidR="009807A1" w:rsidRPr="000F474A" w:rsidRDefault="009807A1" w:rsidP="00932ACE">
            <w:pPr>
              <w:jc w:val="both"/>
              <w:rPr>
                <w:rFonts w:eastAsia="Times New Roman" w:cs="Times New Roman"/>
                <w:szCs w:val="26"/>
              </w:rPr>
            </w:pPr>
            <w:r w:rsidRPr="000F474A">
              <w:rPr>
                <w:rFonts w:eastAsia="Times New Roman" w:cs="Times New Roman"/>
                <w:szCs w:val="26"/>
              </w:rPr>
              <w:lastRenderedPageBreak/>
              <w:t>Điều 8</w:t>
            </w:r>
          </w:p>
          <w:p w14:paraId="304A957A" w14:textId="29F4541D" w:rsidR="0046317F" w:rsidRPr="000F474A" w:rsidRDefault="0046317F" w:rsidP="0046317F">
            <w:pPr>
              <w:jc w:val="both"/>
              <w:rPr>
                <w:rFonts w:eastAsia="Times New Roman" w:cs="Times New Roman"/>
                <w:szCs w:val="26"/>
                <w:lang w:val="vi-VN"/>
              </w:rPr>
            </w:pPr>
            <w:r w:rsidRPr="000F474A">
              <w:rPr>
                <w:rFonts w:eastAsia="Times New Roman" w:cs="Times New Roman"/>
                <w:szCs w:val="26"/>
                <w:lang w:val="vi-VN"/>
              </w:rPr>
              <w:t>-</w:t>
            </w:r>
            <w:r w:rsidRPr="000F474A">
              <w:rPr>
                <w:rFonts w:cs="Times New Roman"/>
                <w:bCs/>
                <w:szCs w:val="26"/>
                <w:shd w:val="clear" w:color="auto" w:fill="FFFFFF"/>
                <w:lang w:val="vi-VN"/>
              </w:rPr>
              <w:t xml:space="preserve"> Quyết định số 47/2021/QĐ-UBND quy định </w:t>
            </w:r>
            <w:bookmarkStart w:id="7" w:name="dieu_8"/>
            <w:r w:rsidR="00AE782C" w:rsidRPr="000F474A">
              <w:rPr>
                <w:rFonts w:cs="Times New Roman"/>
                <w:bCs/>
                <w:szCs w:val="26"/>
                <w:shd w:val="clear" w:color="auto" w:fill="FFFFFF"/>
              </w:rPr>
              <w:t>t</w:t>
            </w:r>
            <w:r w:rsidRPr="000F474A">
              <w:rPr>
                <w:rFonts w:cs="Times New Roman"/>
                <w:bCs/>
                <w:szCs w:val="26"/>
                <w:shd w:val="clear" w:color="auto" w:fill="FFFFFF"/>
              </w:rPr>
              <w:t>iếp nhận, xử lý thông tin cháy rừng</w:t>
            </w:r>
            <w:bookmarkEnd w:id="7"/>
          </w:p>
          <w:p w14:paraId="3855318D" w14:textId="76B5A20B" w:rsidR="0046317F" w:rsidRPr="000F474A" w:rsidRDefault="0046317F" w:rsidP="0046317F">
            <w:pPr>
              <w:jc w:val="both"/>
              <w:rPr>
                <w:rFonts w:cs="Times New Roman"/>
                <w:bCs/>
                <w:szCs w:val="26"/>
                <w:shd w:val="clear" w:color="auto" w:fill="FFFFFF"/>
                <w:lang w:val="vi-VN"/>
              </w:rPr>
            </w:pPr>
            <w:r w:rsidRPr="000F474A">
              <w:rPr>
                <w:rFonts w:cs="Times New Roman"/>
                <w:szCs w:val="26"/>
                <w:shd w:val="clear" w:color="auto" w:fill="FFFFFF"/>
                <w:lang w:val="vi-VN"/>
              </w:rPr>
              <w:t xml:space="preserve">- Quyết định số 33/2022/QĐ-UBND </w:t>
            </w:r>
            <w:r w:rsidRPr="000F474A">
              <w:rPr>
                <w:rFonts w:cs="Times New Roman"/>
                <w:bCs/>
                <w:szCs w:val="26"/>
                <w:shd w:val="clear" w:color="auto" w:fill="FFFFFF"/>
                <w:lang w:val="vi-VN"/>
              </w:rPr>
              <w:t>quy định  trách nhiệm của Chủ tịch Ủy ban nhân dân cấp huyện, cấp xã</w:t>
            </w:r>
          </w:p>
          <w:p w14:paraId="34D6D0DE" w14:textId="77777777" w:rsidR="0046317F" w:rsidRPr="000F474A" w:rsidRDefault="0046317F" w:rsidP="00932ACE">
            <w:pPr>
              <w:jc w:val="both"/>
              <w:rPr>
                <w:rFonts w:eastAsia="Times New Roman" w:cs="Times New Roman"/>
                <w:szCs w:val="26"/>
                <w:lang w:val="vi-VN"/>
              </w:rPr>
            </w:pPr>
          </w:p>
          <w:p w14:paraId="2BE49931" w14:textId="04EF735B" w:rsidR="009807A1" w:rsidRPr="000F474A" w:rsidRDefault="009807A1" w:rsidP="00932ACE">
            <w:pPr>
              <w:jc w:val="both"/>
              <w:rPr>
                <w:rFonts w:eastAsia="Times New Roman" w:cs="Times New Roman"/>
                <w:szCs w:val="26"/>
                <w:lang w:val="vi-VN"/>
              </w:rPr>
            </w:pPr>
          </w:p>
        </w:tc>
        <w:tc>
          <w:tcPr>
            <w:tcW w:w="3686" w:type="dxa"/>
            <w:vAlign w:val="center"/>
          </w:tcPr>
          <w:p w14:paraId="274162CE" w14:textId="07BDD411" w:rsidR="0046317F" w:rsidRPr="000F474A" w:rsidRDefault="0046317F" w:rsidP="0046317F">
            <w:pPr>
              <w:pStyle w:val="NormalWeb"/>
              <w:spacing w:before="120" w:beforeAutospacing="0" w:after="0" w:afterAutospacing="0"/>
              <w:ind w:firstLine="177"/>
              <w:jc w:val="both"/>
              <w:rPr>
                <w:bCs/>
                <w:sz w:val="26"/>
                <w:szCs w:val="26"/>
                <w:lang w:val="vi-VN"/>
              </w:rPr>
            </w:pPr>
            <w:r w:rsidRPr="000F474A">
              <w:rPr>
                <w:sz w:val="26"/>
                <w:szCs w:val="26"/>
                <w:lang w:val="vi-VN"/>
              </w:rPr>
              <w:t xml:space="preserve">Điều 8 quy định </w:t>
            </w:r>
            <w:r w:rsidRPr="000F474A">
              <w:rPr>
                <w:bCs/>
                <w:sz w:val="26"/>
                <w:szCs w:val="26"/>
                <w:lang w:val="vi-VN"/>
              </w:rPr>
              <w:t>c</w:t>
            </w:r>
            <w:r w:rsidR="00303DCC" w:rsidRPr="000F474A">
              <w:rPr>
                <w:bCs/>
                <w:sz w:val="26"/>
                <w:szCs w:val="26"/>
                <w:lang w:val="vi-VN"/>
              </w:rPr>
              <w:t xml:space="preserve">hỉ đạo, </w:t>
            </w:r>
            <w:r w:rsidRPr="000F474A">
              <w:rPr>
                <w:bCs/>
                <w:sz w:val="26"/>
                <w:szCs w:val="26"/>
                <w:lang w:val="vi-VN"/>
              </w:rPr>
              <w:t>chỉ huy chữa cháy rừng</w:t>
            </w:r>
          </w:p>
          <w:p w14:paraId="7BD5BB79" w14:textId="77777777" w:rsidR="009807A1" w:rsidRPr="000F474A" w:rsidRDefault="009807A1" w:rsidP="008B452F">
            <w:pPr>
              <w:spacing w:before="120"/>
              <w:jc w:val="both"/>
              <w:rPr>
                <w:rFonts w:cs="Times New Roman"/>
                <w:szCs w:val="26"/>
                <w:lang w:val="vi-VN"/>
              </w:rPr>
            </w:pPr>
          </w:p>
        </w:tc>
        <w:tc>
          <w:tcPr>
            <w:tcW w:w="3685" w:type="dxa"/>
            <w:vAlign w:val="center"/>
          </w:tcPr>
          <w:p w14:paraId="51860685" w14:textId="52FFE896" w:rsidR="009807A1" w:rsidRPr="000F474A" w:rsidRDefault="00303DCC" w:rsidP="00303DCC">
            <w:pPr>
              <w:jc w:val="both"/>
              <w:rPr>
                <w:rFonts w:eastAsia="Times New Roman" w:cs="Times New Roman"/>
                <w:szCs w:val="26"/>
                <w:lang w:val="vi-VN"/>
              </w:rPr>
            </w:pPr>
            <w:r w:rsidRPr="000F474A">
              <w:rPr>
                <w:rFonts w:eastAsia="Times New Roman" w:cs="Times New Roman"/>
                <w:szCs w:val="26"/>
                <w:lang w:val="vi-VN"/>
              </w:rPr>
              <w:t>Nội dung quy định chỉ đạo, chỉ huy chữa cháy rưng được</w:t>
            </w:r>
            <w:r w:rsidR="00AE782C" w:rsidRPr="000F474A">
              <w:rPr>
                <w:rFonts w:eastAsia="Times New Roman" w:cs="Times New Roman"/>
                <w:szCs w:val="26"/>
                <w:lang w:val="vi-VN"/>
              </w:rPr>
              <w:t xml:space="preserve"> </w:t>
            </w:r>
            <w:r w:rsidRPr="000F474A">
              <w:rPr>
                <w:rFonts w:eastAsia="Times New Roman" w:cs="Times New Roman"/>
                <w:szCs w:val="26"/>
                <w:lang w:val="vi-VN"/>
              </w:rPr>
              <w:t>bổ sung mới đảm bảo thực hiện đúng theo quy định tại Điều 25 Nghị định 42/2026/NĐ-CP</w:t>
            </w:r>
            <w:r w:rsidR="00AE782C" w:rsidRPr="000F474A">
              <w:rPr>
                <w:rFonts w:eastAsia="Times New Roman" w:cs="Times New Roman"/>
                <w:szCs w:val="26"/>
                <w:lang w:val="vi-VN"/>
              </w:rPr>
              <w:t xml:space="preserve"> của Chính phủ </w:t>
            </w:r>
            <w:r w:rsidR="00AE782C" w:rsidRPr="000F474A">
              <w:rPr>
                <w:rFonts w:cs="Times New Roman"/>
                <w:iCs/>
                <w:szCs w:val="26"/>
                <w:lang w:val="vi-VN"/>
              </w:rPr>
              <w:t>sửa đổi, bổ sung một số điều của các Nghị định trong lĩnh vực lâm nghiệp và kiểm lâm; loại bỏ nội dung quy định tại Điều 8 của 02 Quyết định cũ.</w:t>
            </w:r>
          </w:p>
        </w:tc>
      </w:tr>
      <w:tr w:rsidR="000F474A" w:rsidRPr="000F474A" w14:paraId="62CB18DA" w14:textId="77777777" w:rsidTr="00771D97">
        <w:trPr>
          <w:trHeight w:val="359"/>
        </w:trPr>
        <w:tc>
          <w:tcPr>
            <w:tcW w:w="5670" w:type="dxa"/>
            <w:vAlign w:val="center"/>
          </w:tcPr>
          <w:p w14:paraId="6BC8F141" w14:textId="77777777" w:rsidR="00AE782C" w:rsidRPr="000F474A" w:rsidRDefault="00AE782C" w:rsidP="00932ACE">
            <w:pPr>
              <w:jc w:val="both"/>
              <w:rPr>
                <w:rFonts w:eastAsia="Times New Roman" w:cs="Times New Roman"/>
                <w:szCs w:val="26"/>
              </w:rPr>
            </w:pPr>
            <w:r w:rsidRPr="000F474A">
              <w:rPr>
                <w:rFonts w:eastAsia="Times New Roman" w:cs="Times New Roman"/>
                <w:szCs w:val="26"/>
              </w:rPr>
              <w:t>Điều 9.</w:t>
            </w:r>
          </w:p>
          <w:p w14:paraId="1243E8B5" w14:textId="7A8144A5" w:rsidR="00AE782C" w:rsidRPr="000F474A" w:rsidRDefault="00AE782C" w:rsidP="00AE782C">
            <w:pPr>
              <w:jc w:val="both"/>
              <w:rPr>
                <w:rFonts w:eastAsia="Times New Roman" w:cs="Times New Roman"/>
                <w:szCs w:val="26"/>
                <w:lang w:val="vi-VN"/>
              </w:rPr>
            </w:pPr>
            <w:r w:rsidRPr="000F474A">
              <w:rPr>
                <w:rFonts w:eastAsia="Times New Roman" w:cs="Times New Roman"/>
                <w:szCs w:val="26"/>
                <w:lang w:val="vi-VN"/>
              </w:rPr>
              <w:t>-</w:t>
            </w:r>
            <w:r w:rsidRPr="000F474A">
              <w:rPr>
                <w:rFonts w:cs="Times New Roman"/>
                <w:bCs/>
                <w:szCs w:val="26"/>
                <w:shd w:val="clear" w:color="auto" w:fill="FFFFFF"/>
                <w:lang w:val="vi-VN"/>
              </w:rPr>
              <w:t xml:space="preserve"> Quyết định số 47/2021/QĐ-UBND quy định </w:t>
            </w:r>
            <w:bookmarkStart w:id="8" w:name="dieu_9"/>
            <w:r w:rsidRPr="000F474A">
              <w:rPr>
                <w:rFonts w:cs="Times New Roman"/>
                <w:bCs/>
                <w:szCs w:val="26"/>
                <w:shd w:val="clear" w:color="auto" w:fill="FFFFFF"/>
              </w:rPr>
              <w:t>phối hợp trong hoạt động chữa cháy rừng các cấp</w:t>
            </w:r>
            <w:bookmarkEnd w:id="8"/>
          </w:p>
          <w:p w14:paraId="524323D8" w14:textId="4ABC1EF8" w:rsidR="00AE782C" w:rsidRPr="000F474A" w:rsidRDefault="00AE782C" w:rsidP="00AE782C">
            <w:pPr>
              <w:jc w:val="both"/>
              <w:rPr>
                <w:rFonts w:cs="Times New Roman"/>
                <w:bCs/>
                <w:szCs w:val="26"/>
                <w:shd w:val="clear" w:color="auto" w:fill="FFFFFF"/>
                <w:lang w:val="vi-VN"/>
              </w:rPr>
            </w:pPr>
            <w:r w:rsidRPr="000F474A">
              <w:rPr>
                <w:rFonts w:cs="Times New Roman"/>
                <w:szCs w:val="26"/>
                <w:shd w:val="clear" w:color="auto" w:fill="FFFFFF"/>
                <w:lang w:val="vi-VN"/>
              </w:rPr>
              <w:t xml:space="preserve">- Quyết định số 33/2022/QĐ-UBND </w:t>
            </w:r>
            <w:r w:rsidRPr="000F474A">
              <w:rPr>
                <w:rFonts w:cs="Times New Roman"/>
                <w:bCs/>
                <w:szCs w:val="26"/>
                <w:shd w:val="clear" w:color="auto" w:fill="FFFFFF"/>
                <w:lang w:val="vi-VN"/>
              </w:rPr>
              <w:t>quy định  trách nhiệm của các chủ rừng, cơ quan, tổ chức, hộ gia đình và cá nhân có liên quan</w:t>
            </w:r>
          </w:p>
          <w:p w14:paraId="2CF39D52" w14:textId="04D7F46F" w:rsidR="00AE782C" w:rsidRPr="000F474A" w:rsidRDefault="00AE782C" w:rsidP="00932ACE">
            <w:pPr>
              <w:jc w:val="both"/>
              <w:rPr>
                <w:rFonts w:eastAsia="Times New Roman" w:cs="Times New Roman"/>
                <w:szCs w:val="26"/>
                <w:lang w:val="vi-VN"/>
              </w:rPr>
            </w:pPr>
          </w:p>
        </w:tc>
        <w:tc>
          <w:tcPr>
            <w:tcW w:w="3686" w:type="dxa"/>
            <w:vAlign w:val="center"/>
          </w:tcPr>
          <w:p w14:paraId="18E71C00" w14:textId="42B3DF1A" w:rsidR="00AE782C" w:rsidRPr="000F474A" w:rsidRDefault="00AE782C" w:rsidP="0046317F">
            <w:pPr>
              <w:pStyle w:val="NormalWeb"/>
              <w:spacing w:before="120" w:beforeAutospacing="0" w:after="0" w:afterAutospacing="0"/>
              <w:ind w:firstLine="177"/>
              <w:jc w:val="both"/>
              <w:rPr>
                <w:sz w:val="26"/>
                <w:szCs w:val="26"/>
                <w:lang w:val="vi-VN"/>
              </w:rPr>
            </w:pPr>
            <w:r w:rsidRPr="000F474A">
              <w:rPr>
                <w:sz w:val="26"/>
                <w:szCs w:val="26"/>
                <w:lang w:val="vi-VN"/>
              </w:rPr>
              <w:t xml:space="preserve">Điều 9 quy định </w:t>
            </w:r>
            <w:r w:rsidR="00036BB4" w:rsidRPr="000F474A">
              <w:rPr>
                <w:bCs/>
                <w:sz w:val="26"/>
                <w:szCs w:val="26"/>
                <w:lang w:val="vi-VN"/>
              </w:rPr>
              <w:t>trách nhiệm huy động lực lượng, phương tiện, thiết bị chữa cháy rừng</w:t>
            </w:r>
          </w:p>
        </w:tc>
        <w:tc>
          <w:tcPr>
            <w:tcW w:w="3685" w:type="dxa"/>
            <w:vAlign w:val="center"/>
          </w:tcPr>
          <w:p w14:paraId="7529E1DF" w14:textId="2E702744" w:rsidR="00AE782C" w:rsidRPr="000F474A" w:rsidRDefault="00E61EC1" w:rsidP="00157192">
            <w:pPr>
              <w:jc w:val="both"/>
              <w:rPr>
                <w:rFonts w:eastAsia="Times New Roman" w:cs="Times New Roman"/>
                <w:szCs w:val="26"/>
                <w:lang w:val="vi-VN"/>
              </w:rPr>
            </w:pPr>
            <w:r w:rsidRPr="000F474A">
              <w:rPr>
                <w:rFonts w:cs="Times New Roman"/>
                <w:szCs w:val="26"/>
                <w:lang w:val="vi-VN"/>
              </w:rPr>
              <w:t xml:space="preserve">Nội dung quy định </w:t>
            </w:r>
            <w:r w:rsidRPr="000F474A">
              <w:rPr>
                <w:rFonts w:cs="Times New Roman"/>
                <w:bCs/>
                <w:szCs w:val="26"/>
                <w:lang w:val="vi-VN"/>
              </w:rPr>
              <w:t>trách nhiệm huy động lực lượng, phương tiện, thiết bị chữa cháy rừng</w:t>
            </w:r>
            <w:r w:rsidRPr="000F474A">
              <w:rPr>
                <w:rFonts w:eastAsia="Times New Roman" w:cs="Times New Roman"/>
                <w:szCs w:val="26"/>
                <w:lang w:val="vi-VN"/>
              </w:rPr>
              <w:t xml:space="preserve"> </w:t>
            </w:r>
            <w:r w:rsidR="00157192" w:rsidRPr="000F474A">
              <w:rPr>
                <w:rFonts w:eastAsia="Times New Roman" w:cs="Times New Roman"/>
                <w:szCs w:val="26"/>
                <w:lang w:val="vi-VN"/>
              </w:rPr>
              <w:t xml:space="preserve">được bổ sung mới nhằm phân định rõ trách nhiệm huy động các lực lượng </w:t>
            </w:r>
            <w:r w:rsidR="00A90C1B" w:rsidRPr="000F474A">
              <w:rPr>
                <w:rFonts w:eastAsia="Times New Roman" w:cs="Times New Roman"/>
                <w:szCs w:val="26"/>
                <w:lang w:val="vi-VN"/>
              </w:rPr>
              <w:t xml:space="preserve">giữa cấp xã và cấp tỉnh, tăng tính chủ động của địa phương; </w:t>
            </w:r>
            <w:r w:rsidR="00157192" w:rsidRPr="000F474A">
              <w:rPr>
                <w:rFonts w:cs="Times New Roman"/>
                <w:iCs/>
                <w:szCs w:val="26"/>
                <w:lang w:val="vi-VN"/>
              </w:rPr>
              <w:t>loại bỏ nội dung quy định tại Điều 9</w:t>
            </w:r>
            <w:r w:rsidR="00880F17" w:rsidRPr="000F474A">
              <w:rPr>
                <w:rFonts w:cs="Times New Roman"/>
                <w:iCs/>
                <w:szCs w:val="26"/>
                <w:lang w:val="vi-VN"/>
              </w:rPr>
              <w:t xml:space="preserve"> </w:t>
            </w:r>
            <w:r w:rsidR="00157192" w:rsidRPr="000F474A">
              <w:rPr>
                <w:rFonts w:cs="Times New Roman"/>
                <w:iCs/>
                <w:szCs w:val="26"/>
                <w:lang w:val="vi-VN"/>
              </w:rPr>
              <w:t>của 02 Quyết định cũ</w:t>
            </w:r>
          </w:p>
        </w:tc>
      </w:tr>
      <w:tr w:rsidR="000F474A" w:rsidRPr="000F474A" w14:paraId="0BA69D25" w14:textId="77777777" w:rsidTr="00771D97">
        <w:trPr>
          <w:trHeight w:val="359"/>
        </w:trPr>
        <w:tc>
          <w:tcPr>
            <w:tcW w:w="5670" w:type="dxa"/>
            <w:vAlign w:val="center"/>
          </w:tcPr>
          <w:p w14:paraId="4E27C2C5" w14:textId="77777777" w:rsidR="00157192" w:rsidRPr="000F474A" w:rsidRDefault="00157192" w:rsidP="00932ACE">
            <w:pPr>
              <w:jc w:val="both"/>
              <w:rPr>
                <w:rFonts w:eastAsia="Times New Roman" w:cs="Times New Roman"/>
                <w:szCs w:val="26"/>
              </w:rPr>
            </w:pPr>
            <w:r w:rsidRPr="000F474A">
              <w:rPr>
                <w:rFonts w:eastAsia="Times New Roman" w:cs="Times New Roman"/>
                <w:szCs w:val="26"/>
              </w:rPr>
              <w:t>Điều 10.</w:t>
            </w:r>
          </w:p>
          <w:p w14:paraId="23F80ADA" w14:textId="6252FB37" w:rsidR="00157192" w:rsidRPr="000F474A" w:rsidRDefault="00157192" w:rsidP="00157192">
            <w:pPr>
              <w:jc w:val="both"/>
              <w:rPr>
                <w:rFonts w:eastAsia="Times New Roman" w:cs="Times New Roman"/>
                <w:szCs w:val="26"/>
                <w:lang w:val="vi-VN"/>
              </w:rPr>
            </w:pPr>
            <w:r w:rsidRPr="000F474A">
              <w:rPr>
                <w:rFonts w:eastAsia="Times New Roman" w:cs="Times New Roman"/>
                <w:szCs w:val="26"/>
                <w:lang w:val="vi-VN"/>
              </w:rPr>
              <w:t>-</w:t>
            </w:r>
            <w:r w:rsidRPr="000F474A">
              <w:rPr>
                <w:rFonts w:cs="Times New Roman"/>
                <w:bCs/>
                <w:szCs w:val="26"/>
                <w:shd w:val="clear" w:color="auto" w:fill="FFFFFF"/>
                <w:lang w:val="vi-VN"/>
              </w:rPr>
              <w:t xml:space="preserve"> Quyết định số 47/2021/QĐ-UBND quy định </w:t>
            </w:r>
            <w:bookmarkStart w:id="9" w:name="dieu_10"/>
            <w:r w:rsidRPr="000F474A">
              <w:rPr>
                <w:rFonts w:cs="Times New Roman"/>
                <w:bCs/>
                <w:szCs w:val="26"/>
                <w:shd w:val="clear" w:color="auto" w:fill="FFFFFF"/>
              </w:rPr>
              <w:t>phối hợp trong tổ chức lực lượng chữa cháy rừng các cấp</w:t>
            </w:r>
            <w:bookmarkEnd w:id="9"/>
          </w:p>
          <w:p w14:paraId="6D2116D8" w14:textId="03DCCEE9" w:rsidR="00157192" w:rsidRPr="000F474A" w:rsidRDefault="00157192" w:rsidP="00932ACE">
            <w:pPr>
              <w:jc w:val="both"/>
              <w:rPr>
                <w:rFonts w:eastAsia="Times New Roman" w:cs="Times New Roman"/>
                <w:szCs w:val="26"/>
                <w:lang w:val="vi-VN"/>
              </w:rPr>
            </w:pPr>
            <w:r w:rsidRPr="000F474A">
              <w:rPr>
                <w:rFonts w:cs="Times New Roman"/>
                <w:szCs w:val="26"/>
                <w:shd w:val="clear" w:color="auto" w:fill="FFFFFF"/>
                <w:lang w:val="vi-VN"/>
              </w:rPr>
              <w:t xml:space="preserve">- Quyết định số 33/2022/QĐ-UBND </w:t>
            </w:r>
            <w:r w:rsidRPr="000F474A">
              <w:rPr>
                <w:rFonts w:cs="Times New Roman"/>
                <w:bCs/>
                <w:szCs w:val="26"/>
                <w:shd w:val="clear" w:color="auto" w:fill="FFFFFF"/>
                <w:lang w:val="vi-VN"/>
              </w:rPr>
              <w:t>quy định  về </w:t>
            </w:r>
            <w:r w:rsidR="00B60D67" w:rsidRPr="000F474A">
              <w:rPr>
                <w:rFonts w:cs="Times New Roman"/>
                <w:bCs/>
                <w:szCs w:val="26"/>
                <w:shd w:val="clear" w:color="auto" w:fill="FFFFFF"/>
                <w:lang w:val="vi-VN"/>
              </w:rPr>
              <w:t>Đ</w:t>
            </w:r>
            <w:r w:rsidRPr="000F474A">
              <w:rPr>
                <w:rFonts w:cs="Times New Roman"/>
                <w:bCs/>
                <w:szCs w:val="26"/>
                <w:shd w:val="clear" w:color="auto" w:fill="FFFFFF"/>
                <w:lang w:val="vi-VN"/>
              </w:rPr>
              <w:t>iều khoản thi hành</w:t>
            </w:r>
          </w:p>
        </w:tc>
        <w:tc>
          <w:tcPr>
            <w:tcW w:w="3686" w:type="dxa"/>
            <w:vAlign w:val="center"/>
          </w:tcPr>
          <w:p w14:paraId="21C1F20D" w14:textId="77777777" w:rsidR="00B60D67" w:rsidRPr="000F474A" w:rsidRDefault="00B60D67" w:rsidP="00B60D67">
            <w:pPr>
              <w:spacing w:before="120"/>
              <w:ind w:firstLine="36"/>
              <w:jc w:val="both"/>
              <w:rPr>
                <w:rFonts w:cs="Times New Roman"/>
                <w:szCs w:val="26"/>
                <w:lang w:val="vi-VN"/>
              </w:rPr>
            </w:pPr>
            <w:r w:rsidRPr="000F474A">
              <w:rPr>
                <w:rFonts w:cs="Times New Roman"/>
                <w:szCs w:val="26"/>
                <w:lang w:val="vi-VN"/>
              </w:rPr>
              <w:t xml:space="preserve">Điều 10. Các biện pháp chữa cháy rừng  </w:t>
            </w:r>
          </w:p>
          <w:p w14:paraId="297654CE" w14:textId="77777777" w:rsidR="00157192" w:rsidRPr="000F474A" w:rsidRDefault="00157192" w:rsidP="0046317F">
            <w:pPr>
              <w:pStyle w:val="NormalWeb"/>
              <w:spacing w:before="120" w:beforeAutospacing="0" w:after="0" w:afterAutospacing="0"/>
              <w:ind w:firstLine="177"/>
              <w:jc w:val="both"/>
              <w:rPr>
                <w:sz w:val="26"/>
                <w:szCs w:val="26"/>
                <w:lang w:val="vi-VN"/>
              </w:rPr>
            </w:pPr>
          </w:p>
        </w:tc>
        <w:tc>
          <w:tcPr>
            <w:tcW w:w="3685" w:type="dxa"/>
            <w:vAlign w:val="center"/>
          </w:tcPr>
          <w:p w14:paraId="3BA031E3" w14:textId="64A1F89F" w:rsidR="00157192" w:rsidRPr="000F474A" w:rsidRDefault="00B60D67" w:rsidP="00880F17">
            <w:pPr>
              <w:jc w:val="both"/>
              <w:rPr>
                <w:rFonts w:cs="Times New Roman"/>
                <w:szCs w:val="26"/>
                <w:lang w:val="vi-VN"/>
              </w:rPr>
            </w:pPr>
            <w:r w:rsidRPr="000F474A">
              <w:rPr>
                <w:rFonts w:cs="Times New Roman"/>
                <w:szCs w:val="26"/>
                <w:lang w:val="vi-VN"/>
              </w:rPr>
              <w:t xml:space="preserve">Kế thừa nội dung tại Điều 13 </w:t>
            </w:r>
            <w:r w:rsidRPr="000F474A">
              <w:rPr>
                <w:rFonts w:cs="Times New Roman"/>
                <w:bCs/>
                <w:szCs w:val="26"/>
                <w:shd w:val="clear" w:color="auto" w:fill="FFFFFF"/>
                <w:lang w:val="vi-VN"/>
              </w:rPr>
              <w:t xml:space="preserve">Quyết định số 47/2021/QĐ-UBND, đồng thời bổ sung, chỉnh sửa hoàn thiện nội dung đảm bảo </w:t>
            </w:r>
            <w:r w:rsidR="00880F17" w:rsidRPr="000F474A">
              <w:rPr>
                <w:rFonts w:cs="Times New Roman"/>
                <w:bCs/>
                <w:szCs w:val="26"/>
                <w:shd w:val="clear" w:color="auto" w:fill="FFFFFF"/>
                <w:lang w:val="vi-VN"/>
              </w:rPr>
              <w:t xml:space="preserve">biện pháp chữa cháy rừng được áp dụng mang lại hiệu quả cao; </w:t>
            </w:r>
            <w:r w:rsidR="00880F17" w:rsidRPr="000F474A">
              <w:rPr>
                <w:rFonts w:cs="Times New Roman"/>
                <w:iCs/>
                <w:szCs w:val="26"/>
                <w:lang w:val="vi-VN"/>
              </w:rPr>
              <w:lastRenderedPageBreak/>
              <w:t>loại bỏ nội dung quy định tại Điều 10 của 02 Quyết định cũ</w:t>
            </w:r>
            <w:r w:rsidR="00014BE9" w:rsidRPr="000F474A">
              <w:rPr>
                <w:rFonts w:cs="Times New Roman"/>
                <w:iCs/>
                <w:szCs w:val="26"/>
                <w:lang w:val="vi-VN"/>
              </w:rPr>
              <w:t>.</w:t>
            </w:r>
          </w:p>
        </w:tc>
      </w:tr>
      <w:tr w:rsidR="000F474A" w:rsidRPr="000F474A" w14:paraId="46A39390" w14:textId="77777777" w:rsidTr="00771D97">
        <w:trPr>
          <w:trHeight w:val="359"/>
        </w:trPr>
        <w:tc>
          <w:tcPr>
            <w:tcW w:w="5670" w:type="dxa"/>
            <w:vAlign w:val="center"/>
          </w:tcPr>
          <w:p w14:paraId="3B23B01A" w14:textId="77777777" w:rsidR="00880F17" w:rsidRPr="000F474A" w:rsidRDefault="00880F17" w:rsidP="00932ACE">
            <w:pPr>
              <w:jc w:val="both"/>
              <w:rPr>
                <w:rFonts w:eastAsia="Times New Roman" w:cs="Times New Roman"/>
                <w:szCs w:val="26"/>
                <w:lang w:val="vi-VN"/>
              </w:rPr>
            </w:pPr>
            <w:r w:rsidRPr="000F474A">
              <w:rPr>
                <w:rFonts w:eastAsia="Times New Roman" w:cs="Times New Roman"/>
                <w:szCs w:val="26"/>
                <w:lang w:val="vi-VN"/>
              </w:rPr>
              <w:lastRenderedPageBreak/>
              <w:t xml:space="preserve">Điều 11. </w:t>
            </w:r>
            <w:bookmarkStart w:id="10" w:name="dieu_11"/>
          </w:p>
          <w:p w14:paraId="3C862831" w14:textId="091CCA9B" w:rsidR="00880F17" w:rsidRPr="000F474A" w:rsidRDefault="009359EF" w:rsidP="00932ACE">
            <w:pPr>
              <w:jc w:val="both"/>
              <w:rPr>
                <w:rFonts w:cs="Times New Roman"/>
                <w:bCs/>
                <w:szCs w:val="26"/>
                <w:shd w:val="clear" w:color="auto" w:fill="FFFFFF"/>
                <w:lang w:val="vi-VN"/>
              </w:rPr>
            </w:pPr>
            <w:r w:rsidRPr="000F474A">
              <w:rPr>
                <w:rFonts w:cs="Times New Roman"/>
                <w:bCs/>
                <w:szCs w:val="26"/>
                <w:shd w:val="clear" w:color="auto" w:fill="FFFFFF"/>
                <w:lang w:val="vi-VN"/>
              </w:rPr>
              <w:t xml:space="preserve">- </w:t>
            </w:r>
            <w:r w:rsidR="00880F17" w:rsidRPr="000F474A">
              <w:rPr>
                <w:rFonts w:cs="Times New Roman"/>
                <w:bCs/>
                <w:szCs w:val="26"/>
                <w:shd w:val="clear" w:color="auto" w:fill="FFFFFF"/>
                <w:lang w:val="vi-VN"/>
              </w:rPr>
              <w:t>Quyết định số 47/2021/QĐ-UBND quy định phối hợp chỉ đạo, chỉ huy chữa cháy rừng</w:t>
            </w:r>
            <w:bookmarkEnd w:id="10"/>
          </w:p>
          <w:p w14:paraId="10BDD53E" w14:textId="7A77B7F9" w:rsidR="00880F17" w:rsidRPr="000F474A" w:rsidRDefault="009359EF" w:rsidP="00932ACE">
            <w:pPr>
              <w:jc w:val="both"/>
              <w:rPr>
                <w:rFonts w:eastAsia="Times New Roman" w:cs="Times New Roman"/>
                <w:szCs w:val="26"/>
                <w:lang w:val="vi-VN"/>
              </w:rPr>
            </w:pPr>
            <w:r w:rsidRPr="000F474A">
              <w:rPr>
                <w:rFonts w:cs="Times New Roman"/>
                <w:szCs w:val="26"/>
                <w:shd w:val="clear" w:color="auto" w:fill="FFFFFF"/>
                <w:lang w:val="vi-VN"/>
              </w:rPr>
              <w:t xml:space="preserve">- </w:t>
            </w:r>
            <w:r w:rsidR="00880F17" w:rsidRPr="000F474A">
              <w:rPr>
                <w:rFonts w:cs="Times New Roman"/>
                <w:szCs w:val="26"/>
                <w:shd w:val="clear" w:color="auto" w:fill="FFFFFF"/>
                <w:lang w:val="vi-VN"/>
              </w:rPr>
              <w:t>Quyết định số 33/2022/QĐ-UBND: không có</w:t>
            </w:r>
          </w:p>
        </w:tc>
        <w:tc>
          <w:tcPr>
            <w:tcW w:w="3686" w:type="dxa"/>
            <w:vAlign w:val="center"/>
          </w:tcPr>
          <w:p w14:paraId="5DAA64B1" w14:textId="5EFB0853" w:rsidR="00880F17" w:rsidRPr="000F474A" w:rsidRDefault="00880F17" w:rsidP="00B60D67">
            <w:pPr>
              <w:spacing w:before="120"/>
              <w:ind w:firstLine="36"/>
              <w:jc w:val="both"/>
              <w:rPr>
                <w:rFonts w:cs="Times New Roman"/>
                <w:szCs w:val="26"/>
                <w:lang w:val="vi-VN"/>
              </w:rPr>
            </w:pPr>
            <w:r w:rsidRPr="000F474A">
              <w:rPr>
                <w:rFonts w:cs="Times New Roman"/>
                <w:szCs w:val="26"/>
                <w:lang w:val="vi-VN"/>
              </w:rPr>
              <w:t>Điều 11 quy định các nhiệm vụ liên quan trong chữa cháy rừng</w:t>
            </w:r>
          </w:p>
        </w:tc>
        <w:tc>
          <w:tcPr>
            <w:tcW w:w="3685" w:type="dxa"/>
            <w:vAlign w:val="center"/>
          </w:tcPr>
          <w:p w14:paraId="6CE5CAD7" w14:textId="6752953A" w:rsidR="00880F17" w:rsidRPr="000F474A" w:rsidRDefault="00880F17" w:rsidP="009359EF">
            <w:pPr>
              <w:jc w:val="both"/>
              <w:rPr>
                <w:rFonts w:cs="Times New Roman"/>
                <w:szCs w:val="26"/>
                <w:lang w:val="vi-VN"/>
              </w:rPr>
            </w:pPr>
            <w:r w:rsidRPr="000F474A">
              <w:rPr>
                <w:rFonts w:cs="Times New Roman"/>
                <w:szCs w:val="26"/>
                <w:lang w:val="vi-VN"/>
              </w:rPr>
              <w:t>Kế thừa nội dung tại Điều 1</w:t>
            </w:r>
            <w:r w:rsidR="009359EF" w:rsidRPr="000F474A">
              <w:rPr>
                <w:rFonts w:cs="Times New Roman"/>
                <w:szCs w:val="26"/>
                <w:lang w:val="vi-VN"/>
              </w:rPr>
              <w:t>4</w:t>
            </w:r>
            <w:r w:rsidRPr="000F474A">
              <w:rPr>
                <w:rFonts w:cs="Times New Roman"/>
                <w:szCs w:val="26"/>
                <w:lang w:val="vi-VN"/>
              </w:rPr>
              <w:t xml:space="preserve"> </w:t>
            </w:r>
            <w:r w:rsidRPr="000F474A">
              <w:rPr>
                <w:rFonts w:cs="Times New Roman"/>
                <w:bCs/>
                <w:szCs w:val="26"/>
                <w:shd w:val="clear" w:color="auto" w:fill="FFFFFF"/>
                <w:lang w:val="vi-VN"/>
              </w:rPr>
              <w:t>Quyết định số 47/2021/QĐ-UBND</w:t>
            </w:r>
            <w:r w:rsidR="009359EF" w:rsidRPr="000F474A">
              <w:rPr>
                <w:rFonts w:cs="Times New Roman"/>
                <w:bCs/>
                <w:szCs w:val="26"/>
                <w:shd w:val="clear" w:color="auto" w:fill="FFFFFF"/>
                <w:lang w:val="vi-VN"/>
              </w:rPr>
              <w:t xml:space="preserve">; </w:t>
            </w:r>
            <w:r w:rsidR="009359EF" w:rsidRPr="000F474A">
              <w:rPr>
                <w:rFonts w:cs="Times New Roman"/>
                <w:iCs/>
                <w:szCs w:val="26"/>
                <w:lang w:val="vi-VN"/>
              </w:rPr>
              <w:t xml:space="preserve">loại bỏ nội dung quy định tại Điều 11 của </w:t>
            </w:r>
            <w:r w:rsidR="009359EF" w:rsidRPr="000F474A">
              <w:rPr>
                <w:rFonts w:cs="Times New Roman"/>
                <w:bCs/>
                <w:szCs w:val="26"/>
                <w:shd w:val="clear" w:color="auto" w:fill="FFFFFF"/>
                <w:lang w:val="vi-VN"/>
              </w:rPr>
              <w:t>Quyết định số 47/2021/QĐ-UBND.</w:t>
            </w:r>
          </w:p>
        </w:tc>
      </w:tr>
      <w:tr w:rsidR="000F474A" w:rsidRPr="000F474A" w14:paraId="46897FFF" w14:textId="77777777" w:rsidTr="00771D97">
        <w:trPr>
          <w:trHeight w:val="359"/>
        </w:trPr>
        <w:tc>
          <w:tcPr>
            <w:tcW w:w="5670" w:type="dxa"/>
            <w:vAlign w:val="center"/>
          </w:tcPr>
          <w:p w14:paraId="2CB72D7D" w14:textId="77777777" w:rsidR="009359EF" w:rsidRPr="000F474A" w:rsidRDefault="009359EF" w:rsidP="00932ACE">
            <w:pPr>
              <w:jc w:val="both"/>
              <w:rPr>
                <w:rFonts w:eastAsia="Times New Roman" w:cs="Times New Roman"/>
                <w:szCs w:val="26"/>
              </w:rPr>
            </w:pPr>
            <w:r w:rsidRPr="000F474A">
              <w:rPr>
                <w:rFonts w:eastAsia="Times New Roman" w:cs="Times New Roman"/>
                <w:szCs w:val="26"/>
              </w:rPr>
              <w:t>Điều 12</w:t>
            </w:r>
          </w:p>
          <w:p w14:paraId="45775E6B" w14:textId="4E7F19BA" w:rsidR="009359EF" w:rsidRPr="000F474A" w:rsidRDefault="009359EF" w:rsidP="009359EF">
            <w:pPr>
              <w:jc w:val="both"/>
              <w:rPr>
                <w:rFonts w:cs="Times New Roman"/>
                <w:bCs/>
                <w:szCs w:val="26"/>
                <w:shd w:val="clear" w:color="auto" w:fill="FFFFFF"/>
                <w:lang w:val="vi-VN"/>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Quyết định số 47/2021/QĐ-UBND quy định phối hợp chỉ đạo, chỉ huy chữa cháy rừng</w:t>
            </w:r>
          </w:p>
          <w:p w14:paraId="224F5FA1" w14:textId="6A37CF2A" w:rsidR="009359EF" w:rsidRPr="000F474A" w:rsidRDefault="009359EF" w:rsidP="009359EF">
            <w:pPr>
              <w:jc w:val="both"/>
              <w:rPr>
                <w:rFonts w:eastAsia="Times New Roman" w:cs="Times New Roman"/>
                <w:szCs w:val="26"/>
                <w:lang w:val="vi-VN"/>
              </w:rPr>
            </w:pPr>
            <w:r w:rsidRPr="000F474A">
              <w:rPr>
                <w:rFonts w:cs="Times New Roman"/>
                <w:szCs w:val="26"/>
                <w:shd w:val="clear" w:color="auto" w:fill="FFFFFF"/>
                <w:lang w:val="vi-VN"/>
              </w:rPr>
              <w:t>- Quyết định số 33/2022/QĐ-UBND: không có</w:t>
            </w:r>
          </w:p>
        </w:tc>
        <w:tc>
          <w:tcPr>
            <w:tcW w:w="3686" w:type="dxa"/>
            <w:vAlign w:val="center"/>
          </w:tcPr>
          <w:p w14:paraId="6C9F8A91" w14:textId="645BE97D" w:rsidR="00C7437A" w:rsidRPr="000F474A" w:rsidRDefault="00C7437A" w:rsidP="00C7437A">
            <w:pPr>
              <w:spacing w:before="120"/>
              <w:ind w:left="11" w:firstLine="26"/>
              <w:jc w:val="both"/>
              <w:rPr>
                <w:rFonts w:cs="Times New Roman"/>
                <w:szCs w:val="26"/>
                <w:lang w:val="vi-VN"/>
              </w:rPr>
            </w:pPr>
            <w:r w:rsidRPr="000F474A">
              <w:rPr>
                <w:rFonts w:cs="Times New Roman"/>
                <w:szCs w:val="26"/>
                <w:lang w:val="vi-VN"/>
              </w:rPr>
              <w:t>Điều 12 quy định trách nhiệm của các Sở, ban ngành liên quan</w:t>
            </w:r>
          </w:p>
          <w:p w14:paraId="5A14765C" w14:textId="77777777" w:rsidR="009359EF" w:rsidRPr="000F474A" w:rsidRDefault="009359EF" w:rsidP="00B60D67">
            <w:pPr>
              <w:spacing w:before="120"/>
              <w:ind w:firstLine="36"/>
              <w:jc w:val="both"/>
              <w:rPr>
                <w:rFonts w:cs="Times New Roman"/>
                <w:szCs w:val="26"/>
                <w:lang w:val="vi-VN"/>
              </w:rPr>
            </w:pPr>
          </w:p>
        </w:tc>
        <w:tc>
          <w:tcPr>
            <w:tcW w:w="3685" w:type="dxa"/>
            <w:vAlign w:val="center"/>
          </w:tcPr>
          <w:p w14:paraId="5E0D7D37" w14:textId="026E809D" w:rsidR="009359EF" w:rsidRPr="000F474A" w:rsidRDefault="00C7437A" w:rsidP="00C7437A">
            <w:pPr>
              <w:jc w:val="both"/>
              <w:rPr>
                <w:rFonts w:cs="Times New Roman"/>
                <w:szCs w:val="26"/>
                <w:lang w:val="vi-VN"/>
              </w:rPr>
            </w:pPr>
            <w:r w:rsidRPr="000F474A">
              <w:rPr>
                <w:rFonts w:cs="Times New Roman"/>
                <w:szCs w:val="26"/>
                <w:lang w:val="vi-VN"/>
              </w:rPr>
              <w:t>Kế thừa</w:t>
            </w:r>
            <w:r w:rsidR="00741858" w:rsidRPr="000F474A">
              <w:rPr>
                <w:rFonts w:cs="Times New Roman"/>
                <w:szCs w:val="26"/>
                <w:lang w:val="vi-VN"/>
              </w:rPr>
              <w:t xml:space="preserve"> một số</w:t>
            </w:r>
            <w:r w:rsidRPr="000F474A">
              <w:rPr>
                <w:rFonts w:cs="Times New Roman"/>
                <w:szCs w:val="26"/>
                <w:lang w:val="vi-VN"/>
              </w:rPr>
              <w:t xml:space="preserve"> nội dung tại Điều 15 </w:t>
            </w:r>
            <w:r w:rsidRPr="000F474A">
              <w:rPr>
                <w:rFonts w:cs="Times New Roman"/>
                <w:bCs/>
                <w:szCs w:val="26"/>
                <w:shd w:val="clear" w:color="auto" w:fill="FFFFFF"/>
                <w:lang w:val="vi-VN"/>
              </w:rPr>
              <w:t>Quyết định số 47/2021/QĐ-UBND, chỉnh sửa, hoàn thiện nội dung phù hợp với chức</w:t>
            </w:r>
            <w:r w:rsidR="00741858" w:rsidRPr="000F474A">
              <w:rPr>
                <w:rFonts w:cs="Times New Roman"/>
                <w:bCs/>
                <w:szCs w:val="26"/>
                <w:shd w:val="clear" w:color="auto" w:fill="FFFFFF"/>
                <w:lang w:val="vi-VN"/>
              </w:rPr>
              <w:t xml:space="preserve"> </w:t>
            </w:r>
            <w:r w:rsidRPr="000F474A">
              <w:rPr>
                <w:rFonts w:cs="Times New Roman"/>
                <w:bCs/>
                <w:szCs w:val="26"/>
                <w:shd w:val="clear" w:color="auto" w:fill="FFFFFF"/>
                <w:lang w:val="vi-VN"/>
              </w:rPr>
              <w:t>năng</w:t>
            </w:r>
            <w:r w:rsidR="00741858" w:rsidRPr="000F474A">
              <w:rPr>
                <w:rFonts w:cs="Times New Roman"/>
                <w:bCs/>
                <w:szCs w:val="26"/>
                <w:shd w:val="clear" w:color="auto" w:fill="FFFFFF"/>
                <w:lang w:val="vi-VN"/>
              </w:rPr>
              <w:t>,</w:t>
            </w:r>
            <w:r w:rsidRPr="000F474A">
              <w:rPr>
                <w:rFonts w:cs="Times New Roman"/>
                <w:bCs/>
                <w:szCs w:val="26"/>
                <w:shd w:val="clear" w:color="auto" w:fill="FFFFFF"/>
                <w:lang w:val="vi-VN"/>
              </w:rPr>
              <w:t xml:space="preserve"> nhiệm vụ của các đơn vị theo quy định hiện hành</w:t>
            </w:r>
            <w:r w:rsidR="000D4F36" w:rsidRPr="000F474A">
              <w:rPr>
                <w:rFonts w:cs="Times New Roman"/>
                <w:bCs/>
                <w:szCs w:val="26"/>
                <w:shd w:val="clear" w:color="auto" w:fill="FFFFFF"/>
                <w:lang w:val="vi-VN"/>
              </w:rPr>
              <w:t xml:space="preserve"> đối với công tác phối hợp huy động lực lượng</w:t>
            </w:r>
            <w:r w:rsidRPr="000F474A">
              <w:rPr>
                <w:rFonts w:cs="Times New Roman"/>
                <w:bCs/>
                <w:szCs w:val="26"/>
                <w:shd w:val="clear" w:color="auto" w:fill="FFFFFF"/>
                <w:lang w:val="vi-VN"/>
              </w:rPr>
              <w:t xml:space="preserve">; </w:t>
            </w:r>
            <w:r w:rsidRPr="000F474A">
              <w:rPr>
                <w:rFonts w:cs="Times New Roman"/>
                <w:iCs/>
                <w:szCs w:val="26"/>
                <w:lang w:val="vi-VN"/>
              </w:rPr>
              <w:t xml:space="preserve">loại bỏ nội dung quy định tại Điều 12 của </w:t>
            </w:r>
            <w:r w:rsidRPr="000F474A">
              <w:rPr>
                <w:rFonts w:cs="Times New Roman"/>
                <w:bCs/>
                <w:szCs w:val="26"/>
                <w:shd w:val="clear" w:color="auto" w:fill="FFFFFF"/>
                <w:lang w:val="vi-VN"/>
              </w:rPr>
              <w:t>Quyết định số 47/2021/QĐ-UBND</w:t>
            </w:r>
          </w:p>
        </w:tc>
      </w:tr>
      <w:tr w:rsidR="000F474A" w:rsidRPr="000F474A" w14:paraId="79C0AE96" w14:textId="77777777" w:rsidTr="00771D97">
        <w:trPr>
          <w:trHeight w:val="359"/>
        </w:trPr>
        <w:tc>
          <w:tcPr>
            <w:tcW w:w="5670" w:type="dxa"/>
            <w:vAlign w:val="center"/>
          </w:tcPr>
          <w:p w14:paraId="03417323" w14:textId="77777777" w:rsidR="00CC41B8" w:rsidRPr="000F474A" w:rsidRDefault="00CC41B8" w:rsidP="00932ACE">
            <w:pPr>
              <w:jc w:val="both"/>
              <w:rPr>
                <w:rFonts w:eastAsia="Times New Roman" w:cs="Times New Roman"/>
                <w:szCs w:val="26"/>
              </w:rPr>
            </w:pPr>
            <w:r w:rsidRPr="000F474A">
              <w:rPr>
                <w:rFonts w:eastAsia="Times New Roman" w:cs="Times New Roman"/>
                <w:szCs w:val="26"/>
              </w:rPr>
              <w:t>Điều 13</w:t>
            </w:r>
          </w:p>
          <w:p w14:paraId="335877C6" w14:textId="77777777" w:rsidR="00741858" w:rsidRPr="000F474A" w:rsidRDefault="00CC41B8" w:rsidP="00CC41B8">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 xml:space="preserve">Quyết định số 47/2021/QĐ-UBND quy định </w:t>
            </w:r>
            <w:bookmarkStart w:id="11" w:name="dieu_13"/>
            <w:r w:rsidRPr="000F474A">
              <w:rPr>
                <w:rFonts w:cs="Times New Roman"/>
                <w:bCs/>
                <w:szCs w:val="26"/>
                <w:shd w:val="clear" w:color="auto" w:fill="FFFFFF"/>
              </w:rPr>
              <w:t> các biện pháp chữa cháy rừng</w:t>
            </w:r>
            <w:bookmarkEnd w:id="11"/>
          </w:p>
          <w:p w14:paraId="48735BFB" w14:textId="103DF123" w:rsidR="00CC41B8" w:rsidRPr="000F474A" w:rsidRDefault="00CC41B8" w:rsidP="00CC41B8">
            <w:pPr>
              <w:jc w:val="both"/>
              <w:rPr>
                <w:rFonts w:eastAsia="Times New Roman" w:cs="Times New Roman"/>
                <w:szCs w:val="26"/>
                <w:lang w:val="vi-VN"/>
              </w:rPr>
            </w:pPr>
            <w:r w:rsidRPr="000F474A">
              <w:rPr>
                <w:rFonts w:cs="Times New Roman"/>
                <w:szCs w:val="26"/>
                <w:shd w:val="clear" w:color="auto" w:fill="FFFFFF"/>
                <w:lang w:val="vi-VN"/>
              </w:rPr>
              <w:t xml:space="preserve"> - Quyết định số 33/2022/QĐ-UBND: không có</w:t>
            </w:r>
          </w:p>
        </w:tc>
        <w:tc>
          <w:tcPr>
            <w:tcW w:w="3686" w:type="dxa"/>
            <w:vAlign w:val="center"/>
          </w:tcPr>
          <w:p w14:paraId="0C9C8AD2" w14:textId="5962B8B9" w:rsidR="00CC41B8" w:rsidRPr="000F474A" w:rsidRDefault="00CC41B8" w:rsidP="00C7437A">
            <w:pPr>
              <w:spacing w:before="120"/>
              <w:ind w:left="11" w:firstLine="26"/>
              <w:jc w:val="both"/>
              <w:rPr>
                <w:rFonts w:cs="Times New Roman"/>
                <w:szCs w:val="26"/>
                <w:lang w:val="vi-VN"/>
              </w:rPr>
            </w:pPr>
            <w:r w:rsidRPr="000F474A">
              <w:rPr>
                <w:rFonts w:cs="Times New Roman"/>
                <w:szCs w:val="26"/>
                <w:lang w:val="vi-VN"/>
              </w:rPr>
              <w:t>Điều 13 quy định trách nhiệm của Chủ tịch Ủy ban nhân dân cấp xã</w:t>
            </w:r>
          </w:p>
        </w:tc>
        <w:tc>
          <w:tcPr>
            <w:tcW w:w="3685" w:type="dxa"/>
            <w:vAlign w:val="center"/>
          </w:tcPr>
          <w:p w14:paraId="6C865D93" w14:textId="5F65169D" w:rsidR="00CC41B8" w:rsidRPr="000F474A" w:rsidRDefault="00741858" w:rsidP="00014BE9">
            <w:pPr>
              <w:jc w:val="both"/>
              <w:rPr>
                <w:rFonts w:cs="Times New Roman"/>
                <w:szCs w:val="26"/>
                <w:lang w:val="vi-VN"/>
              </w:rPr>
            </w:pPr>
            <w:r w:rsidRPr="000F474A">
              <w:rPr>
                <w:rFonts w:cs="Times New Roman"/>
                <w:szCs w:val="26"/>
                <w:lang w:val="vi-VN"/>
              </w:rPr>
              <w:t xml:space="preserve">Kế thừa một số nội dung tại Điều 8 </w:t>
            </w:r>
            <w:r w:rsidRPr="000F474A">
              <w:rPr>
                <w:rFonts w:cs="Times New Roman"/>
                <w:szCs w:val="26"/>
                <w:shd w:val="clear" w:color="auto" w:fill="FFFFFF"/>
                <w:lang w:val="vi-VN"/>
              </w:rPr>
              <w:t xml:space="preserve">Quyết định số 33/2022/QĐ-UBND, </w:t>
            </w:r>
            <w:r w:rsidRPr="000F474A">
              <w:rPr>
                <w:rFonts w:cs="Times New Roman"/>
                <w:bCs/>
                <w:szCs w:val="26"/>
                <w:shd w:val="clear" w:color="auto" w:fill="FFFFFF"/>
                <w:lang w:val="vi-VN"/>
              </w:rPr>
              <w:t>chỉnh sửa, hoàn thiện nội dung phù hợp với chức năng, nhiệm vụ của Chủ tịch Ủy ban nhân dân cấp xã trong công tác phối hợp huy động lực lượng, phươ</w:t>
            </w:r>
            <w:r w:rsidR="000D4F36" w:rsidRPr="000F474A">
              <w:rPr>
                <w:rFonts w:cs="Times New Roman"/>
                <w:bCs/>
                <w:szCs w:val="26"/>
                <w:shd w:val="clear" w:color="auto" w:fill="FFFFFF"/>
                <w:lang w:val="vi-VN"/>
              </w:rPr>
              <w:t>ng tiện, thiết bị chữa cháy rừng; loại bỏ nội dung quy định tại Điều 13 Quyết định số 47/2021/QĐ-</w:t>
            </w:r>
            <w:r w:rsidR="000D4F36" w:rsidRPr="000F474A">
              <w:rPr>
                <w:rFonts w:cs="Times New Roman"/>
                <w:bCs/>
                <w:szCs w:val="26"/>
                <w:shd w:val="clear" w:color="auto" w:fill="FFFFFF"/>
                <w:lang w:val="vi-VN"/>
              </w:rPr>
              <w:lastRenderedPageBreak/>
              <w:t>UBND</w:t>
            </w:r>
            <w:r w:rsidR="0009757B" w:rsidRPr="000F474A">
              <w:rPr>
                <w:rFonts w:cs="Times New Roman"/>
                <w:bCs/>
                <w:szCs w:val="26"/>
                <w:shd w:val="clear" w:color="auto" w:fill="FFFFFF"/>
                <w:lang w:val="vi-VN"/>
              </w:rPr>
              <w:t xml:space="preserve"> </w:t>
            </w:r>
          </w:p>
        </w:tc>
      </w:tr>
      <w:tr w:rsidR="000F474A" w:rsidRPr="000F474A" w14:paraId="1AF776CB" w14:textId="77777777" w:rsidTr="00771D97">
        <w:trPr>
          <w:trHeight w:val="359"/>
        </w:trPr>
        <w:tc>
          <w:tcPr>
            <w:tcW w:w="5670" w:type="dxa"/>
            <w:vAlign w:val="center"/>
          </w:tcPr>
          <w:p w14:paraId="04C590E4" w14:textId="77777777" w:rsidR="000D4F36" w:rsidRPr="000F474A" w:rsidRDefault="000D4F36" w:rsidP="00932ACE">
            <w:pPr>
              <w:jc w:val="both"/>
              <w:rPr>
                <w:rFonts w:eastAsia="Times New Roman" w:cs="Times New Roman"/>
                <w:szCs w:val="26"/>
              </w:rPr>
            </w:pPr>
            <w:r w:rsidRPr="000F474A">
              <w:rPr>
                <w:rFonts w:eastAsia="Times New Roman" w:cs="Times New Roman"/>
                <w:szCs w:val="26"/>
              </w:rPr>
              <w:lastRenderedPageBreak/>
              <w:t>Điều 14</w:t>
            </w:r>
          </w:p>
          <w:p w14:paraId="45B8EB0C" w14:textId="77777777" w:rsidR="000D4F36" w:rsidRPr="000F474A" w:rsidRDefault="000D4F36" w:rsidP="00932ACE">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 xml:space="preserve">Quyết định số 47/2021/QĐ-UBND quy định </w:t>
            </w:r>
            <w:r w:rsidRPr="000F474A">
              <w:rPr>
                <w:rFonts w:cs="Times New Roman"/>
                <w:bCs/>
                <w:szCs w:val="26"/>
                <w:shd w:val="clear" w:color="auto" w:fill="FFFFFF"/>
              </w:rPr>
              <w:t> </w:t>
            </w:r>
            <w:bookmarkStart w:id="12" w:name="dieu_14"/>
            <w:r w:rsidRPr="000F474A">
              <w:rPr>
                <w:rFonts w:cs="Times New Roman"/>
                <w:bCs/>
                <w:szCs w:val="26"/>
                <w:shd w:val="clear" w:color="auto" w:fill="FFFFFF"/>
              </w:rPr>
              <w:t xml:space="preserve"> Các nhiệm vụ liên quan trong chữa cháy rừng</w:t>
            </w:r>
            <w:bookmarkEnd w:id="12"/>
          </w:p>
          <w:p w14:paraId="7CC10490" w14:textId="108F49B8" w:rsidR="000D4F36" w:rsidRPr="000F474A" w:rsidRDefault="000D4F36" w:rsidP="00932ACE">
            <w:pPr>
              <w:jc w:val="both"/>
              <w:rPr>
                <w:rFonts w:eastAsia="Times New Roman" w:cs="Times New Roman"/>
                <w:szCs w:val="26"/>
              </w:rPr>
            </w:pPr>
            <w:r w:rsidRPr="000F474A">
              <w:rPr>
                <w:rFonts w:cs="Times New Roman"/>
                <w:szCs w:val="26"/>
                <w:shd w:val="clear" w:color="auto" w:fill="FFFFFF"/>
                <w:lang w:val="vi-VN"/>
              </w:rPr>
              <w:t>- Quyết định số 33/2022/QĐ-UBND: không có</w:t>
            </w:r>
          </w:p>
        </w:tc>
        <w:tc>
          <w:tcPr>
            <w:tcW w:w="3686" w:type="dxa"/>
            <w:vAlign w:val="center"/>
          </w:tcPr>
          <w:p w14:paraId="13D906DF" w14:textId="712537DC" w:rsidR="000D4F36" w:rsidRPr="000F474A" w:rsidRDefault="00E92FE8" w:rsidP="00C7437A">
            <w:pPr>
              <w:spacing w:before="120"/>
              <w:ind w:left="11" w:firstLine="26"/>
              <w:jc w:val="both"/>
              <w:rPr>
                <w:rFonts w:cs="Times New Roman"/>
                <w:szCs w:val="26"/>
                <w:lang w:val="vi-VN"/>
              </w:rPr>
            </w:pPr>
            <w:r w:rsidRPr="000F474A">
              <w:rPr>
                <w:rFonts w:cs="Times New Roman"/>
                <w:szCs w:val="26"/>
                <w:lang w:val="vi-VN"/>
              </w:rPr>
              <w:t>Điều 14</w:t>
            </w:r>
            <w:r w:rsidRPr="000F474A">
              <w:rPr>
                <w:rFonts w:cs="Times New Roman"/>
                <w:szCs w:val="26"/>
              </w:rPr>
              <w:t xml:space="preserve"> quy định trách nhiệm c</w:t>
            </w:r>
            <w:r w:rsidRPr="000F474A">
              <w:rPr>
                <w:rFonts w:cs="Times New Roman"/>
                <w:szCs w:val="26"/>
                <w:lang w:val="vi-VN"/>
              </w:rPr>
              <w:t>ác cơ quan thông tin đại chúng</w:t>
            </w:r>
          </w:p>
        </w:tc>
        <w:tc>
          <w:tcPr>
            <w:tcW w:w="3685" w:type="dxa"/>
            <w:vAlign w:val="center"/>
          </w:tcPr>
          <w:p w14:paraId="07E9448C" w14:textId="76BE382D" w:rsidR="000D4F36" w:rsidRPr="000F474A" w:rsidRDefault="00752C2C" w:rsidP="0083788B">
            <w:pPr>
              <w:jc w:val="both"/>
              <w:rPr>
                <w:rFonts w:cs="Times New Roman"/>
                <w:szCs w:val="26"/>
                <w:lang w:val="vi-VN"/>
              </w:rPr>
            </w:pPr>
            <w:r w:rsidRPr="000F474A">
              <w:rPr>
                <w:rFonts w:cs="Times New Roman"/>
                <w:szCs w:val="26"/>
                <w:lang w:val="vi-VN"/>
              </w:rPr>
              <w:t xml:space="preserve">Kế thừa một số nội dung tại Điều 16 </w:t>
            </w:r>
            <w:r w:rsidRPr="000F474A">
              <w:rPr>
                <w:rFonts w:cs="Times New Roman"/>
                <w:bCs/>
                <w:szCs w:val="26"/>
                <w:shd w:val="clear" w:color="auto" w:fill="FFFFFF"/>
                <w:lang w:val="vi-VN"/>
              </w:rPr>
              <w:t xml:space="preserve">Quyết định số 47/2021/QĐ-UBND, bổ sung, hoàn thiện nội dung </w:t>
            </w:r>
            <w:r w:rsidR="0009757B" w:rsidRPr="000F474A">
              <w:rPr>
                <w:rFonts w:cs="Times New Roman"/>
                <w:bCs/>
                <w:szCs w:val="26"/>
                <w:shd w:val="clear" w:color="auto" w:fill="FFFFFF"/>
                <w:lang w:val="vi-VN"/>
              </w:rPr>
              <w:t xml:space="preserve">phù hợp với trách nhiệm của cơ quan thông tin đại dung đối với công tác chữa cháy rừng; loại bỏ nội dung quy định tại Điều 14 Quyết định số 47/2021/QĐ-UBND </w:t>
            </w:r>
          </w:p>
        </w:tc>
      </w:tr>
      <w:tr w:rsidR="000F474A" w:rsidRPr="000F474A" w14:paraId="53F5E5FA" w14:textId="77777777" w:rsidTr="00771D97">
        <w:trPr>
          <w:trHeight w:val="359"/>
        </w:trPr>
        <w:tc>
          <w:tcPr>
            <w:tcW w:w="5670" w:type="dxa"/>
            <w:vAlign w:val="center"/>
          </w:tcPr>
          <w:p w14:paraId="0FE114AD" w14:textId="77777777" w:rsidR="0009757B" w:rsidRPr="000F474A" w:rsidRDefault="00014BE9" w:rsidP="00932ACE">
            <w:pPr>
              <w:jc w:val="both"/>
              <w:rPr>
                <w:rFonts w:eastAsia="Times New Roman" w:cs="Times New Roman"/>
                <w:szCs w:val="26"/>
              </w:rPr>
            </w:pPr>
            <w:r w:rsidRPr="000F474A">
              <w:rPr>
                <w:rFonts w:eastAsia="Times New Roman" w:cs="Times New Roman"/>
                <w:szCs w:val="26"/>
              </w:rPr>
              <w:t>Điều 15</w:t>
            </w:r>
          </w:p>
          <w:p w14:paraId="1B9345F6" w14:textId="00CE0B51" w:rsidR="00014BE9" w:rsidRPr="000F474A" w:rsidRDefault="00014BE9" w:rsidP="00014BE9">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 xml:space="preserve">Quyết định số 47/2021/QĐ-UBND quy định </w:t>
            </w:r>
            <w:r w:rsidRPr="000F474A">
              <w:rPr>
                <w:rFonts w:cs="Times New Roman"/>
                <w:bCs/>
                <w:szCs w:val="26"/>
                <w:shd w:val="clear" w:color="auto" w:fill="FFFFFF"/>
              </w:rPr>
              <w:t xml:space="preserve">  </w:t>
            </w:r>
            <w:bookmarkStart w:id="13" w:name="dieu_15"/>
            <w:r w:rsidRPr="000F474A">
              <w:rPr>
                <w:rFonts w:cs="Times New Roman"/>
                <w:bCs/>
                <w:szCs w:val="26"/>
                <w:shd w:val="clear" w:color="auto" w:fill="FFFFFF"/>
              </w:rPr>
              <w:t>trách nhiệm của các sở, ngành liên quan</w:t>
            </w:r>
            <w:bookmarkEnd w:id="13"/>
          </w:p>
          <w:p w14:paraId="30405384" w14:textId="2E6A4170" w:rsidR="00014BE9" w:rsidRPr="000F474A" w:rsidRDefault="00014BE9" w:rsidP="00014BE9">
            <w:pPr>
              <w:jc w:val="both"/>
              <w:rPr>
                <w:rFonts w:eastAsia="Times New Roman" w:cs="Times New Roman"/>
                <w:szCs w:val="26"/>
              </w:rPr>
            </w:pPr>
            <w:r w:rsidRPr="000F474A">
              <w:rPr>
                <w:rFonts w:cs="Times New Roman"/>
                <w:szCs w:val="26"/>
                <w:shd w:val="clear" w:color="auto" w:fill="FFFFFF"/>
                <w:lang w:val="vi-VN"/>
              </w:rPr>
              <w:t>- Quyết định số 33/2022/QĐ-UBND: không</w:t>
            </w:r>
            <w:r w:rsidR="0083788B" w:rsidRPr="000F474A">
              <w:rPr>
                <w:rFonts w:cs="Times New Roman"/>
                <w:szCs w:val="26"/>
                <w:shd w:val="clear" w:color="auto" w:fill="FFFFFF"/>
              </w:rPr>
              <w:t xml:space="preserve"> có</w:t>
            </w:r>
          </w:p>
        </w:tc>
        <w:tc>
          <w:tcPr>
            <w:tcW w:w="3686" w:type="dxa"/>
            <w:vAlign w:val="center"/>
          </w:tcPr>
          <w:p w14:paraId="728A5F26" w14:textId="7385D105" w:rsidR="00A1064A" w:rsidRPr="000F474A" w:rsidRDefault="00A1064A" w:rsidP="00A1064A">
            <w:pPr>
              <w:tabs>
                <w:tab w:val="left" w:pos="567"/>
              </w:tabs>
              <w:spacing w:before="120"/>
              <w:ind w:firstLine="36"/>
              <w:jc w:val="both"/>
              <w:rPr>
                <w:rFonts w:cs="Times New Roman"/>
                <w:szCs w:val="26"/>
                <w:lang w:val="vi-VN"/>
              </w:rPr>
            </w:pPr>
            <w:r w:rsidRPr="000F474A">
              <w:rPr>
                <w:rFonts w:cs="Times New Roman"/>
                <w:szCs w:val="26"/>
                <w:lang w:val="vi-VN"/>
              </w:rPr>
              <w:t>Điề</w:t>
            </w:r>
            <w:r w:rsidR="0083788B" w:rsidRPr="000F474A">
              <w:rPr>
                <w:rFonts w:cs="Times New Roman"/>
                <w:szCs w:val="26"/>
                <w:lang w:val="vi-VN"/>
              </w:rPr>
              <w:t>u 15</w:t>
            </w:r>
            <w:r w:rsidR="0083788B" w:rsidRPr="000F474A">
              <w:rPr>
                <w:rFonts w:cs="Times New Roman"/>
                <w:szCs w:val="26"/>
              </w:rPr>
              <w:t xml:space="preserve"> quy định t</w:t>
            </w:r>
            <w:r w:rsidRPr="000F474A">
              <w:rPr>
                <w:rFonts w:cs="Times New Roman"/>
                <w:szCs w:val="26"/>
                <w:lang w:val="vi-VN"/>
              </w:rPr>
              <w:t xml:space="preserve">rách nhiệm của các chủ rừng, cơ quan, tổ chức, </w:t>
            </w:r>
            <w:r w:rsidR="0083788B" w:rsidRPr="000F474A">
              <w:rPr>
                <w:rFonts w:cs="Times New Roman"/>
                <w:szCs w:val="26"/>
                <w:lang w:val="vi-VN"/>
              </w:rPr>
              <w:t xml:space="preserve">hộ gia đình và </w:t>
            </w:r>
            <w:r w:rsidRPr="000F474A">
              <w:rPr>
                <w:rFonts w:cs="Times New Roman"/>
                <w:szCs w:val="26"/>
                <w:lang w:val="vi-VN"/>
              </w:rPr>
              <w:t>cá nhân có liên quan</w:t>
            </w:r>
          </w:p>
          <w:p w14:paraId="2ED0AA26" w14:textId="77777777" w:rsidR="0009757B" w:rsidRPr="000F474A" w:rsidRDefault="0009757B" w:rsidP="00C7437A">
            <w:pPr>
              <w:spacing w:before="120"/>
              <w:ind w:left="11" w:firstLine="26"/>
              <w:jc w:val="both"/>
              <w:rPr>
                <w:rFonts w:cs="Times New Roman"/>
                <w:szCs w:val="26"/>
                <w:lang w:val="vi-VN"/>
              </w:rPr>
            </w:pPr>
          </w:p>
        </w:tc>
        <w:tc>
          <w:tcPr>
            <w:tcW w:w="3685" w:type="dxa"/>
            <w:vAlign w:val="center"/>
          </w:tcPr>
          <w:p w14:paraId="161C3A51" w14:textId="3CC415C1" w:rsidR="0009757B" w:rsidRPr="000F474A" w:rsidRDefault="00477B60" w:rsidP="0083788B">
            <w:pPr>
              <w:jc w:val="both"/>
              <w:rPr>
                <w:rFonts w:cs="Times New Roman"/>
                <w:szCs w:val="26"/>
                <w:lang w:val="vi-VN"/>
              </w:rPr>
            </w:pPr>
            <w:r w:rsidRPr="000F474A">
              <w:rPr>
                <w:rFonts w:cs="Times New Roman"/>
                <w:szCs w:val="26"/>
                <w:lang w:val="vi-VN"/>
              </w:rPr>
              <w:t xml:space="preserve">Kế thừa một số nội dung quy định tại Điều 9 </w:t>
            </w:r>
            <w:r w:rsidRPr="000F474A">
              <w:rPr>
                <w:rFonts w:cs="Times New Roman"/>
                <w:szCs w:val="26"/>
                <w:shd w:val="clear" w:color="auto" w:fill="FFFFFF"/>
                <w:lang w:val="vi-VN"/>
              </w:rPr>
              <w:t>Quyết định số 33/2022/QĐ-UBND</w:t>
            </w:r>
            <w:r w:rsidR="00B236DC" w:rsidRPr="000F474A">
              <w:rPr>
                <w:rFonts w:cs="Times New Roman"/>
                <w:szCs w:val="26"/>
                <w:shd w:val="clear" w:color="auto" w:fill="FFFFFF"/>
                <w:lang w:val="vi-VN"/>
              </w:rPr>
              <w:t xml:space="preserve">, </w:t>
            </w:r>
            <w:r w:rsidRPr="000F474A">
              <w:rPr>
                <w:rFonts w:cs="Times New Roman"/>
                <w:bCs/>
                <w:szCs w:val="26"/>
                <w:shd w:val="clear" w:color="auto" w:fill="FFFFFF"/>
                <w:lang w:val="vi-VN"/>
              </w:rPr>
              <w:t>chỉnh sửa, bổ sung hoàn thiện nội dung phù hợp</w:t>
            </w:r>
            <w:r w:rsidR="0083788B" w:rsidRPr="000F474A">
              <w:rPr>
                <w:rFonts w:cs="Times New Roman"/>
                <w:bCs/>
                <w:szCs w:val="26"/>
                <w:shd w:val="clear" w:color="auto" w:fill="FFFFFF"/>
                <w:lang w:val="vi-VN"/>
              </w:rPr>
              <w:t xml:space="preserve"> với thực tế</w:t>
            </w:r>
            <w:r w:rsidRPr="000F474A">
              <w:rPr>
                <w:rFonts w:cs="Times New Roman"/>
                <w:bCs/>
                <w:szCs w:val="26"/>
                <w:shd w:val="clear" w:color="auto" w:fill="FFFFFF"/>
                <w:lang w:val="vi-VN"/>
              </w:rPr>
              <w:t xml:space="preserve"> </w:t>
            </w:r>
            <w:r w:rsidR="0083788B" w:rsidRPr="000F474A">
              <w:rPr>
                <w:rFonts w:cs="Times New Roman"/>
                <w:bCs/>
                <w:szCs w:val="26"/>
                <w:shd w:val="clear" w:color="auto" w:fill="FFFFFF"/>
                <w:lang w:val="vi-VN"/>
              </w:rPr>
              <w:t>đảm bảo công tác phối hợp trong chữa cháy được thực hiện hiệu quả cao.; loại bỏ nội dung Điều 15 Quyết định số 47/2021/QĐ-UBND</w:t>
            </w:r>
          </w:p>
        </w:tc>
      </w:tr>
      <w:tr w:rsidR="000F474A" w:rsidRPr="000F474A" w14:paraId="330DB00E" w14:textId="77777777" w:rsidTr="00771D97">
        <w:trPr>
          <w:trHeight w:val="359"/>
        </w:trPr>
        <w:tc>
          <w:tcPr>
            <w:tcW w:w="5670" w:type="dxa"/>
            <w:vAlign w:val="center"/>
          </w:tcPr>
          <w:p w14:paraId="53C4D973" w14:textId="28EA9181" w:rsidR="0083788B" w:rsidRPr="000F474A" w:rsidRDefault="0083788B" w:rsidP="00932ACE">
            <w:pPr>
              <w:jc w:val="both"/>
              <w:rPr>
                <w:rFonts w:eastAsia="Times New Roman" w:cs="Times New Roman"/>
                <w:szCs w:val="26"/>
              </w:rPr>
            </w:pPr>
            <w:r w:rsidRPr="000F474A">
              <w:rPr>
                <w:rFonts w:eastAsia="Times New Roman" w:cs="Times New Roman"/>
                <w:szCs w:val="26"/>
              </w:rPr>
              <w:t>Điều 16</w:t>
            </w:r>
          </w:p>
          <w:p w14:paraId="356D26F4" w14:textId="7B6A25B8" w:rsidR="0083788B" w:rsidRPr="000F474A" w:rsidRDefault="0083788B" w:rsidP="0083788B">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 xml:space="preserve">Quyết định số 47/2021/QĐ-UBND quy định </w:t>
            </w:r>
            <w:r w:rsidRPr="000F474A">
              <w:rPr>
                <w:rFonts w:cs="Times New Roman"/>
                <w:bCs/>
                <w:szCs w:val="26"/>
                <w:shd w:val="clear" w:color="auto" w:fill="FFFFFF"/>
              </w:rPr>
              <w:t xml:space="preserve">  </w:t>
            </w:r>
            <w:bookmarkStart w:id="14" w:name="dieu_16"/>
            <w:r w:rsidRPr="000F474A">
              <w:rPr>
                <w:rFonts w:cs="Times New Roman"/>
                <w:bCs/>
                <w:szCs w:val="26"/>
                <w:shd w:val="clear" w:color="auto" w:fill="FFFFFF"/>
              </w:rPr>
              <w:t>trách nhiệm của các cơ quan thông tin đại chúng</w:t>
            </w:r>
            <w:bookmarkEnd w:id="14"/>
          </w:p>
          <w:p w14:paraId="49DCBDBB" w14:textId="377C38C8" w:rsidR="0083788B" w:rsidRPr="000F474A" w:rsidRDefault="0083788B" w:rsidP="0083788B">
            <w:pPr>
              <w:jc w:val="both"/>
              <w:rPr>
                <w:rFonts w:eastAsia="Times New Roman" w:cs="Times New Roman"/>
                <w:szCs w:val="26"/>
              </w:rPr>
            </w:pPr>
            <w:r w:rsidRPr="000F474A">
              <w:rPr>
                <w:rFonts w:cs="Times New Roman"/>
                <w:szCs w:val="26"/>
                <w:shd w:val="clear" w:color="auto" w:fill="FFFFFF"/>
                <w:lang w:val="vi-VN"/>
              </w:rPr>
              <w:t>- Quyết định số 33/2022/QĐ-UBND: không</w:t>
            </w:r>
          </w:p>
          <w:p w14:paraId="0671426B" w14:textId="45D9E8CD" w:rsidR="0083788B" w:rsidRPr="000F474A" w:rsidRDefault="0083788B" w:rsidP="00932ACE">
            <w:pPr>
              <w:jc w:val="both"/>
              <w:rPr>
                <w:rFonts w:eastAsia="Times New Roman" w:cs="Times New Roman"/>
                <w:szCs w:val="26"/>
              </w:rPr>
            </w:pPr>
          </w:p>
        </w:tc>
        <w:tc>
          <w:tcPr>
            <w:tcW w:w="3686" w:type="dxa"/>
            <w:vAlign w:val="center"/>
          </w:tcPr>
          <w:p w14:paraId="36C1AA2C" w14:textId="387B9C90" w:rsidR="0083788B" w:rsidRPr="000F474A" w:rsidRDefault="0083788B" w:rsidP="0083788B">
            <w:pPr>
              <w:tabs>
                <w:tab w:val="left" w:pos="851"/>
              </w:tabs>
              <w:spacing w:before="120"/>
              <w:ind w:firstLine="36"/>
              <w:jc w:val="both"/>
              <w:rPr>
                <w:rFonts w:cs="Times New Roman"/>
                <w:szCs w:val="26"/>
                <w:lang w:val="vi-VN"/>
              </w:rPr>
            </w:pPr>
            <w:r w:rsidRPr="000F474A">
              <w:rPr>
                <w:rFonts w:cs="Times New Roman"/>
                <w:szCs w:val="26"/>
                <w:lang w:val="vi-VN"/>
              </w:rPr>
              <w:t>Điều 16</w:t>
            </w:r>
            <w:r w:rsidRPr="000F474A">
              <w:rPr>
                <w:rFonts w:cs="Times New Roman"/>
                <w:szCs w:val="26"/>
              </w:rPr>
              <w:t xml:space="preserve"> quy định k</w:t>
            </w:r>
            <w:r w:rsidRPr="000F474A">
              <w:rPr>
                <w:rFonts w:cs="Times New Roman"/>
                <w:szCs w:val="26"/>
                <w:lang w:val="vi-VN"/>
              </w:rPr>
              <w:t xml:space="preserve">hen thưởng và xử lý vi phạm </w:t>
            </w:r>
          </w:p>
          <w:p w14:paraId="420DBE5D" w14:textId="77777777" w:rsidR="0083788B" w:rsidRPr="000F474A" w:rsidRDefault="0083788B" w:rsidP="00A1064A">
            <w:pPr>
              <w:tabs>
                <w:tab w:val="left" w:pos="567"/>
              </w:tabs>
              <w:spacing w:before="120"/>
              <w:ind w:firstLine="36"/>
              <w:jc w:val="both"/>
              <w:rPr>
                <w:rFonts w:cs="Times New Roman"/>
                <w:szCs w:val="26"/>
                <w:lang w:val="vi-VN"/>
              </w:rPr>
            </w:pPr>
          </w:p>
        </w:tc>
        <w:tc>
          <w:tcPr>
            <w:tcW w:w="3685" w:type="dxa"/>
            <w:vAlign w:val="center"/>
          </w:tcPr>
          <w:p w14:paraId="244CD82B" w14:textId="7CF92503" w:rsidR="0083788B" w:rsidRPr="000F474A" w:rsidRDefault="00B236DC" w:rsidP="001B3EC8">
            <w:pPr>
              <w:jc w:val="both"/>
              <w:rPr>
                <w:rFonts w:cs="Times New Roman"/>
                <w:szCs w:val="26"/>
                <w:lang w:val="vi-VN"/>
              </w:rPr>
            </w:pPr>
            <w:r w:rsidRPr="000F474A">
              <w:rPr>
                <w:rFonts w:eastAsia="Times New Roman" w:cs="Times New Roman"/>
                <w:szCs w:val="26"/>
                <w:lang w:val="vi-VN"/>
              </w:rPr>
              <w:t>Bổ sung mới nhằm kịp thời khen thưởng, xứ lý vị phạm đối với tổ chức, cá nhân trong công tác phòng cháy, chữa cháy rừng; loại</w:t>
            </w:r>
            <w:r w:rsidR="00DE6B1A" w:rsidRPr="000F474A">
              <w:rPr>
                <w:rFonts w:eastAsia="Times New Roman" w:cs="Times New Roman"/>
                <w:szCs w:val="26"/>
                <w:lang w:val="vi-VN"/>
              </w:rPr>
              <w:t xml:space="preserve">; </w:t>
            </w:r>
            <w:r w:rsidR="00DE6B1A" w:rsidRPr="000F474A">
              <w:rPr>
                <w:rFonts w:cs="Times New Roman"/>
                <w:bCs/>
                <w:szCs w:val="26"/>
                <w:shd w:val="clear" w:color="auto" w:fill="FFFFFF"/>
                <w:lang w:val="vi-VN"/>
              </w:rPr>
              <w:t>loại bỏ nội dung Điều 1</w:t>
            </w:r>
            <w:r w:rsidR="001B3EC8" w:rsidRPr="000F474A">
              <w:rPr>
                <w:rFonts w:cs="Times New Roman"/>
                <w:bCs/>
                <w:szCs w:val="26"/>
                <w:shd w:val="clear" w:color="auto" w:fill="FFFFFF"/>
                <w:lang w:val="vi-VN"/>
              </w:rPr>
              <w:t>6</w:t>
            </w:r>
            <w:r w:rsidR="00DE6B1A" w:rsidRPr="000F474A">
              <w:rPr>
                <w:rFonts w:cs="Times New Roman"/>
                <w:bCs/>
                <w:szCs w:val="26"/>
                <w:shd w:val="clear" w:color="auto" w:fill="FFFFFF"/>
                <w:lang w:val="vi-VN"/>
              </w:rPr>
              <w:t xml:space="preserve"> Quyết định số 47/2021/QĐ-UBND</w:t>
            </w:r>
          </w:p>
        </w:tc>
      </w:tr>
      <w:tr w:rsidR="000F474A" w:rsidRPr="000F474A" w14:paraId="3528B145" w14:textId="77777777" w:rsidTr="00771D97">
        <w:trPr>
          <w:trHeight w:val="359"/>
        </w:trPr>
        <w:tc>
          <w:tcPr>
            <w:tcW w:w="5670" w:type="dxa"/>
            <w:vAlign w:val="center"/>
          </w:tcPr>
          <w:p w14:paraId="40FF57AE" w14:textId="77777777" w:rsidR="001B3EC8" w:rsidRPr="000F474A" w:rsidRDefault="001B3EC8" w:rsidP="00932ACE">
            <w:pPr>
              <w:jc w:val="both"/>
              <w:rPr>
                <w:rFonts w:eastAsia="Times New Roman" w:cs="Times New Roman"/>
                <w:szCs w:val="26"/>
              </w:rPr>
            </w:pPr>
            <w:r w:rsidRPr="000F474A">
              <w:rPr>
                <w:rFonts w:eastAsia="Times New Roman" w:cs="Times New Roman"/>
                <w:szCs w:val="26"/>
              </w:rPr>
              <w:t>Điều 17</w:t>
            </w:r>
            <w:r w:rsidR="0032705B" w:rsidRPr="000F474A">
              <w:rPr>
                <w:rFonts w:eastAsia="Times New Roman" w:cs="Times New Roman"/>
                <w:szCs w:val="26"/>
              </w:rPr>
              <w:t xml:space="preserve"> </w:t>
            </w:r>
          </w:p>
          <w:p w14:paraId="3239DE0B" w14:textId="18E469D7" w:rsidR="0032705B" w:rsidRPr="000F474A" w:rsidRDefault="0032705B" w:rsidP="0032705B">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 xml:space="preserve">Quyết định số 47/2021/QĐ-UBND quy định </w:t>
            </w:r>
            <w:bookmarkStart w:id="15" w:name="dieu_17"/>
            <w:r w:rsidRPr="000F474A">
              <w:rPr>
                <w:rFonts w:cs="Times New Roman"/>
                <w:bCs/>
                <w:szCs w:val="26"/>
                <w:shd w:val="clear" w:color="auto" w:fill="FFFFFF"/>
              </w:rPr>
              <w:t xml:space="preserve"> trách </w:t>
            </w:r>
            <w:r w:rsidRPr="000F474A">
              <w:rPr>
                <w:rFonts w:cs="Times New Roman"/>
                <w:bCs/>
                <w:szCs w:val="26"/>
                <w:shd w:val="clear" w:color="auto" w:fill="FFFFFF"/>
              </w:rPr>
              <w:lastRenderedPageBreak/>
              <w:t>nhiệm của Chủ tịch UBND cấp huyện, cấp xã</w:t>
            </w:r>
            <w:bookmarkEnd w:id="15"/>
          </w:p>
          <w:p w14:paraId="71082515" w14:textId="77777777" w:rsidR="0032705B" w:rsidRPr="000F474A" w:rsidRDefault="0032705B" w:rsidP="0032705B">
            <w:pPr>
              <w:jc w:val="both"/>
              <w:rPr>
                <w:rFonts w:eastAsia="Times New Roman" w:cs="Times New Roman"/>
                <w:szCs w:val="26"/>
              </w:rPr>
            </w:pPr>
            <w:r w:rsidRPr="000F474A">
              <w:rPr>
                <w:rFonts w:cs="Times New Roman"/>
                <w:szCs w:val="26"/>
                <w:shd w:val="clear" w:color="auto" w:fill="FFFFFF"/>
                <w:lang w:val="vi-VN"/>
              </w:rPr>
              <w:t>- Quyết định số 33/2022/QĐ-UBND: không</w:t>
            </w:r>
          </w:p>
          <w:p w14:paraId="01BF252C" w14:textId="08BFCBEF" w:rsidR="0032705B" w:rsidRPr="000F474A" w:rsidRDefault="0032705B" w:rsidP="00932ACE">
            <w:pPr>
              <w:jc w:val="both"/>
              <w:rPr>
                <w:rFonts w:eastAsia="Times New Roman" w:cs="Times New Roman"/>
                <w:szCs w:val="26"/>
              </w:rPr>
            </w:pPr>
          </w:p>
        </w:tc>
        <w:tc>
          <w:tcPr>
            <w:tcW w:w="3686" w:type="dxa"/>
            <w:vAlign w:val="center"/>
          </w:tcPr>
          <w:p w14:paraId="696DE8D4" w14:textId="407754B8" w:rsidR="0032705B" w:rsidRPr="000F474A" w:rsidRDefault="0032705B" w:rsidP="0032705B">
            <w:pPr>
              <w:tabs>
                <w:tab w:val="left" w:pos="851"/>
              </w:tabs>
              <w:spacing w:before="120"/>
              <w:jc w:val="both"/>
              <w:rPr>
                <w:rFonts w:cs="Times New Roman"/>
                <w:bCs/>
                <w:szCs w:val="26"/>
                <w:lang w:val="vi-VN"/>
              </w:rPr>
            </w:pPr>
            <w:r w:rsidRPr="000F474A">
              <w:rPr>
                <w:rFonts w:cs="Times New Roman"/>
                <w:iCs/>
                <w:szCs w:val="26"/>
                <w:lang w:val="vi-VN"/>
              </w:rPr>
              <w:lastRenderedPageBreak/>
              <w:t>Điề</w:t>
            </w:r>
            <w:r w:rsidR="00F851C3" w:rsidRPr="000F474A">
              <w:rPr>
                <w:rFonts w:cs="Times New Roman"/>
                <w:iCs/>
                <w:szCs w:val="26"/>
                <w:lang w:val="vi-VN"/>
              </w:rPr>
              <w:t>u 17</w:t>
            </w:r>
            <w:r w:rsidR="00F851C3" w:rsidRPr="000F474A">
              <w:rPr>
                <w:rFonts w:cs="Times New Roman"/>
                <w:iCs/>
                <w:szCs w:val="26"/>
              </w:rPr>
              <w:t xml:space="preserve"> quy định k</w:t>
            </w:r>
            <w:r w:rsidRPr="000F474A">
              <w:rPr>
                <w:rFonts w:cs="Times New Roman"/>
                <w:bCs/>
                <w:szCs w:val="26"/>
                <w:lang w:val="vi-VN"/>
              </w:rPr>
              <w:t xml:space="preserve">inh phí và </w:t>
            </w:r>
            <w:r w:rsidRPr="000F474A">
              <w:rPr>
                <w:rFonts w:cs="Times New Roman"/>
                <w:bCs/>
                <w:szCs w:val="26"/>
                <w:lang w:val="vi-VN"/>
              </w:rPr>
              <w:lastRenderedPageBreak/>
              <w:t>chế độ, chính sách</w:t>
            </w:r>
          </w:p>
          <w:p w14:paraId="1D01ACE1" w14:textId="77777777" w:rsidR="001B3EC8" w:rsidRPr="000F474A" w:rsidRDefault="001B3EC8" w:rsidP="0083788B">
            <w:pPr>
              <w:tabs>
                <w:tab w:val="left" w:pos="851"/>
              </w:tabs>
              <w:spacing w:before="120"/>
              <w:ind w:firstLine="36"/>
              <w:jc w:val="both"/>
              <w:rPr>
                <w:rFonts w:cs="Times New Roman"/>
                <w:szCs w:val="26"/>
                <w:lang w:val="vi-VN"/>
              </w:rPr>
            </w:pPr>
          </w:p>
        </w:tc>
        <w:tc>
          <w:tcPr>
            <w:tcW w:w="3685" w:type="dxa"/>
            <w:vAlign w:val="center"/>
          </w:tcPr>
          <w:p w14:paraId="6451E770" w14:textId="16C9429D" w:rsidR="001B3EC8" w:rsidRPr="000F474A" w:rsidRDefault="001C62A9" w:rsidP="00E54616">
            <w:pPr>
              <w:jc w:val="both"/>
              <w:rPr>
                <w:rFonts w:eastAsia="Times New Roman" w:cs="Times New Roman"/>
                <w:szCs w:val="26"/>
                <w:lang w:val="vi-VN"/>
              </w:rPr>
            </w:pPr>
            <w:r w:rsidRPr="000F474A">
              <w:rPr>
                <w:rFonts w:eastAsia="Times New Roman" w:cs="Times New Roman"/>
                <w:szCs w:val="26"/>
                <w:lang w:val="vi-VN"/>
              </w:rPr>
              <w:lastRenderedPageBreak/>
              <w:t xml:space="preserve">Bổ sung mới nhằm đảm bảo nguồn kính phí ảo cho việc huy </w:t>
            </w:r>
            <w:r w:rsidRPr="000F474A">
              <w:rPr>
                <w:rFonts w:eastAsia="Times New Roman" w:cs="Times New Roman"/>
                <w:szCs w:val="26"/>
                <w:lang w:val="vi-VN"/>
              </w:rPr>
              <w:lastRenderedPageBreak/>
              <w:t>động lực lượng, phương tiện, thiết bị chữa cháy rừng; các chế độ chính sá</w:t>
            </w:r>
            <w:r w:rsidR="00E54616" w:rsidRPr="000F474A">
              <w:rPr>
                <w:rFonts w:eastAsia="Times New Roman" w:cs="Times New Roman"/>
                <w:szCs w:val="26"/>
                <w:lang w:val="vi-VN"/>
              </w:rPr>
              <w:t xml:space="preserve">ch khi tham gia chữa cháy rừng; </w:t>
            </w:r>
            <w:r w:rsidR="00E54616" w:rsidRPr="000F474A">
              <w:rPr>
                <w:rFonts w:cs="Times New Roman"/>
                <w:bCs/>
                <w:szCs w:val="26"/>
                <w:shd w:val="clear" w:color="auto" w:fill="FFFFFF"/>
                <w:lang w:val="vi-VN"/>
              </w:rPr>
              <w:t>loại bỏ nội dung Điều 16 Quyết định số 47/2021/QĐ-UBND</w:t>
            </w:r>
          </w:p>
        </w:tc>
      </w:tr>
      <w:tr w:rsidR="00853E9B" w:rsidRPr="000F474A" w14:paraId="677ABD5B" w14:textId="77777777" w:rsidTr="00771D97">
        <w:trPr>
          <w:trHeight w:val="359"/>
        </w:trPr>
        <w:tc>
          <w:tcPr>
            <w:tcW w:w="5670" w:type="dxa"/>
            <w:vAlign w:val="center"/>
          </w:tcPr>
          <w:p w14:paraId="74FBF01B" w14:textId="77777777" w:rsidR="00E54616" w:rsidRPr="000F474A" w:rsidRDefault="00E54616" w:rsidP="00932ACE">
            <w:pPr>
              <w:jc w:val="both"/>
              <w:rPr>
                <w:rFonts w:eastAsia="Times New Roman" w:cs="Times New Roman"/>
                <w:szCs w:val="26"/>
              </w:rPr>
            </w:pPr>
            <w:r w:rsidRPr="000F474A">
              <w:rPr>
                <w:rFonts w:eastAsia="Times New Roman" w:cs="Times New Roman"/>
                <w:szCs w:val="26"/>
              </w:rPr>
              <w:lastRenderedPageBreak/>
              <w:t>Điều 18</w:t>
            </w:r>
          </w:p>
          <w:p w14:paraId="4822F7E1" w14:textId="30C49EA6" w:rsidR="00E54616" w:rsidRPr="000F474A" w:rsidRDefault="00E54616" w:rsidP="00E54616">
            <w:pPr>
              <w:jc w:val="both"/>
              <w:rPr>
                <w:rFonts w:cs="Times New Roman"/>
                <w:bCs/>
                <w:szCs w:val="26"/>
                <w:shd w:val="clear" w:color="auto" w:fill="FFFFFF"/>
              </w:rPr>
            </w:pPr>
            <w:r w:rsidRPr="000F474A">
              <w:rPr>
                <w:rFonts w:cs="Times New Roman"/>
                <w:bCs/>
                <w:szCs w:val="26"/>
                <w:shd w:val="clear" w:color="auto" w:fill="FFFFFF"/>
              </w:rPr>
              <w:t xml:space="preserve">- </w:t>
            </w:r>
            <w:r w:rsidRPr="000F474A">
              <w:rPr>
                <w:rFonts w:cs="Times New Roman"/>
                <w:bCs/>
                <w:szCs w:val="26"/>
                <w:shd w:val="clear" w:color="auto" w:fill="FFFFFF"/>
                <w:lang w:val="vi-VN"/>
              </w:rPr>
              <w:t xml:space="preserve">Quyết định số 47/2021/QĐ-UBND quy định </w:t>
            </w:r>
            <w:r w:rsidRPr="000F474A">
              <w:rPr>
                <w:rFonts w:cs="Times New Roman"/>
                <w:bCs/>
                <w:szCs w:val="26"/>
                <w:shd w:val="clear" w:color="auto" w:fill="FFFFFF"/>
              </w:rPr>
              <w:t> </w:t>
            </w:r>
            <w:bookmarkStart w:id="16" w:name="dieu_18"/>
            <w:r w:rsidR="00F851C3" w:rsidRPr="000F474A">
              <w:rPr>
                <w:rFonts w:cs="Times New Roman"/>
                <w:bCs/>
                <w:szCs w:val="26"/>
                <w:shd w:val="clear" w:color="auto" w:fill="FFFFFF"/>
              </w:rPr>
              <w:t> Điều khoản thi hành</w:t>
            </w:r>
            <w:bookmarkEnd w:id="16"/>
          </w:p>
          <w:p w14:paraId="008C3FFE" w14:textId="77777777" w:rsidR="00E54616" w:rsidRPr="000F474A" w:rsidRDefault="00E54616" w:rsidP="00E54616">
            <w:pPr>
              <w:jc w:val="both"/>
              <w:rPr>
                <w:rFonts w:eastAsia="Times New Roman" w:cs="Times New Roman"/>
                <w:szCs w:val="26"/>
              </w:rPr>
            </w:pPr>
            <w:r w:rsidRPr="000F474A">
              <w:rPr>
                <w:rFonts w:cs="Times New Roman"/>
                <w:szCs w:val="26"/>
                <w:shd w:val="clear" w:color="auto" w:fill="FFFFFF"/>
                <w:lang w:val="vi-VN"/>
              </w:rPr>
              <w:t>- Quyết định số 33/2022/QĐ-UBND: không</w:t>
            </w:r>
          </w:p>
          <w:p w14:paraId="31882C18" w14:textId="0259CB3A" w:rsidR="00E54616" w:rsidRPr="000F474A" w:rsidRDefault="00E54616" w:rsidP="00932ACE">
            <w:pPr>
              <w:jc w:val="both"/>
              <w:rPr>
                <w:rFonts w:eastAsia="Times New Roman" w:cs="Times New Roman"/>
                <w:szCs w:val="26"/>
              </w:rPr>
            </w:pPr>
          </w:p>
        </w:tc>
        <w:tc>
          <w:tcPr>
            <w:tcW w:w="3686" w:type="dxa"/>
            <w:vAlign w:val="center"/>
          </w:tcPr>
          <w:p w14:paraId="5010566E" w14:textId="50286D64" w:rsidR="00E54616" w:rsidRPr="000F474A" w:rsidRDefault="00F851C3" w:rsidP="0032705B">
            <w:pPr>
              <w:tabs>
                <w:tab w:val="left" w:pos="851"/>
              </w:tabs>
              <w:spacing w:before="120"/>
              <w:jc w:val="both"/>
              <w:rPr>
                <w:rFonts w:cs="Times New Roman"/>
                <w:iCs/>
                <w:szCs w:val="26"/>
                <w:lang w:val="vi-VN"/>
              </w:rPr>
            </w:pPr>
            <w:r w:rsidRPr="000F474A">
              <w:rPr>
                <w:rFonts w:cs="Times New Roman"/>
                <w:iCs/>
                <w:szCs w:val="26"/>
              </w:rPr>
              <w:t xml:space="preserve">Điều 18 quy định </w:t>
            </w:r>
            <w:r w:rsidRPr="000F474A">
              <w:rPr>
                <w:rFonts w:cs="Times New Roman"/>
                <w:bCs/>
                <w:szCs w:val="26"/>
                <w:shd w:val="clear" w:color="auto" w:fill="FFFFFF"/>
              </w:rPr>
              <w:t>Điều khoản thi hành</w:t>
            </w:r>
          </w:p>
        </w:tc>
        <w:tc>
          <w:tcPr>
            <w:tcW w:w="3685" w:type="dxa"/>
            <w:vAlign w:val="center"/>
          </w:tcPr>
          <w:p w14:paraId="1DD09F44" w14:textId="1931E331" w:rsidR="00E54616" w:rsidRPr="000F474A" w:rsidRDefault="00F851C3" w:rsidP="00F851C3">
            <w:pPr>
              <w:jc w:val="both"/>
              <w:rPr>
                <w:rFonts w:eastAsia="Times New Roman" w:cs="Times New Roman"/>
                <w:szCs w:val="26"/>
                <w:lang w:val="vi-VN"/>
              </w:rPr>
            </w:pPr>
            <w:r w:rsidRPr="000F474A">
              <w:rPr>
                <w:rFonts w:eastAsia="Times New Roman" w:cs="Times New Roman"/>
                <w:szCs w:val="26"/>
                <w:lang w:val="vi-VN"/>
              </w:rPr>
              <w:t xml:space="preserve">Kế thừa nội dung tại khoản 2, 3, 4  Điều 18 </w:t>
            </w:r>
            <w:r w:rsidR="00DF3046" w:rsidRPr="000F474A">
              <w:rPr>
                <w:rFonts w:cs="Times New Roman"/>
                <w:bCs/>
                <w:szCs w:val="26"/>
                <w:shd w:val="clear" w:color="auto" w:fill="FFFFFF"/>
                <w:lang w:val="vi-VN"/>
              </w:rPr>
              <w:t xml:space="preserve">Quyết định số 47/2021/QĐ-UBND và khoản 1 Điều 10 </w:t>
            </w:r>
            <w:r w:rsidR="00DF3046" w:rsidRPr="000F474A">
              <w:rPr>
                <w:rFonts w:cs="Times New Roman"/>
                <w:szCs w:val="26"/>
                <w:shd w:val="clear" w:color="auto" w:fill="FFFFFF"/>
                <w:lang w:val="vi-VN"/>
              </w:rPr>
              <w:t xml:space="preserve">Quyết định số 33/2022/QĐ-UBND, chỉnh sửa hoàn chỉnh nội dung đảm bảo việc tổ chức triển khai thực hiện được xuyên suốt; loại bổ nội dung quy định tại khoản 1 Điều 18 </w:t>
            </w:r>
            <w:r w:rsidR="00DF3046" w:rsidRPr="000F474A">
              <w:rPr>
                <w:rFonts w:cs="Times New Roman"/>
                <w:bCs/>
                <w:szCs w:val="26"/>
                <w:shd w:val="clear" w:color="auto" w:fill="FFFFFF"/>
                <w:lang w:val="vi-VN"/>
              </w:rPr>
              <w:t>Quyết định số 47/2021/QĐ-UBND.</w:t>
            </w:r>
          </w:p>
        </w:tc>
      </w:tr>
    </w:tbl>
    <w:p w14:paraId="3D57921B" w14:textId="77777777" w:rsidR="0033327E" w:rsidRPr="000F474A" w:rsidRDefault="0033327E">
      <w:pPr>
        <w:rPr>
          <w:rFonts w:cs="Times New Roman"/>
        </w:rPr>
      </w:pPr>
    </w:p>
    <w:sectPr w:rsidR="0033327E" w:rsidRPr="000F474A" w:rsidSect="009210C5">
      <w:headerReference w:type="even" r:id="rId8"/>
      <w:headerReference w:type="default" r:id="rId9"/>
      <w:footerReference w:type="even" r:id="rId10"/>
      <w:footerReference w:type="default" r:id="rId11"/>
      <w:headerReference w:type="first" r:id="rId12"/>
      <w:footerReference w:type="first" r:id="rId13"/>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88D2B" w14:textId="77777777" w:rsidR="006C3BC3" w:rsidRDefault="006C3BC3" w:rsidP="009210C5">
      <w:pPr>
        <w:spacing w:after="0" w:line="240" w:lineRule="auto"/>
      </w:pPr>
      <w:r>
        <w:separator/>
      </w:r>
    </w:p>
  </w:endnote>
  <w:endnote w:type="continuationSeparator" w:id="0">
    <w:p w14:paraId="2BA27AB1" w14:textId="77777777" w:rsidR="006C3BC3" w:rsidRDefault="006C3BC3" w:rsidP="0092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5342" w14:textId="77777777" w:rsidR="00DE0490" w:rsidRDefault="00DE0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BE77" w14:textId="77777777" w:rsidR="00DE0490" w:rsidRDefault="00DE04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D77A7" w14:textId="77777777" w:rsidR="00DE0490" w:rsidRDefault="00DE0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43686" w14:textId="77777777" w:rsidR="006C3BC3" w:rsidRDefault="006C3BC3" w:rsidP="009210C5">
      <w:pPr>
        <w:spacing w:after="0" w:line="240" w:lineRule="auto"/>
      </w:pPr>
      <w:r>
        <w:separator/>
      </w:r>
    </w:p>
  </w:footnote>
  <w:footnote w:type="continuationSeparator" w:id="0">
    <w:p w14:paraId="61E5EAC9" w14:textId="77777777" w:rsidR="006C3BC3" w:rsidRDefault="006C3BC3" w:rsidP="0092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F1D0" w14:textId="77777777" w:rsidR="00DE0490" w:rsidRDefault="00DE04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537822"/>
      <w:docPartObj>
        <w:docPartGallery w:val="Page Numbers (Top of Page)"/>
        <w:docPartUnique/>
      </w:docPartObj>
    </w:sdtPr>
    <w:sdtEndPr>
      <w:rPr>
        <w:noProof/>
      </w:rPr>
    </w:sdtEndPr>
    <w:sdtContent>
      <w:p w14:paraId="3E47CD7A" w14:textId="52DB02F0" w:rsidR="00477B60" w:rsidRDefault="00477B60">
        <w:pPr>
          <w:pStyle w:val="Header"/>
          <w:jc w:val="center"/>
        </w:pPr>
        <w:r>
          <w:fldChar w:fldCharType="begin"/>
        </w:r>
        <w:r>
          <w:instrText xml:space="preserve"> PAGE   \* MERGEFORMAT </w:instrText>
        </w:r>
        <w:r>
          <w:fldChar w:fldCharType="separate"/>
        </w:r>
        <w:r w:rsidR="00853E9B">
          <w:rPr>
            <w:noProof/>
          </w:rPr>
          <w:t>2</w:t>
        </w:r>
        <w:r>
          <w:rPr>
            <w:noProof/>
          </w:rPr>
          <w:fldChar w:fldCharType="end"/>
        </w:r>
      </w:p>
    </w:sdtContent>
  </w:sdt>
  <w:p w14:paraId="22FA0C0B" w14:textId="77777777" w:rsidR="00477B60" w:rsidRDefault="00477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4CA4" w14:textId="77777777" w:rsidR="00DE0490" w:rsidRDefault="00DE0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6744883"/>
    <w:multiLevelType w:val="hybridMultilevel"/>
    <w:tmpl w:val="F1920BA2"/>
    <w:lvl w:ilvl="0" w:tplc="A33842B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AFB"/>
    <w:rsid w:val="00004CB6"/>
    <w:rsid w:val="00014BE9"/>
    <w:rsid w:val="00034616"/>
    <w:rsid w:val="000350F2"/>
    <w:rsid w:val="00036BB4"/>
    <w:rsid w:val="0006063C"/>
    <w:rsid w:val="0009757B"/>
    <w:rsid w:val="000A4B2E"/>
    <w:rsid w:val="000A79D3"/>
    <w:rsid w:val="000C685A"/>
    <w:rsid w:val="000D4F36"/>
    <w:rsid w:val="000F276D"/>
    <w:rsid w:val="000F474A"/>
    <w:rsid w:val="0015074B"/>
    <w:rsid w:val="00157192"/>
    <w:rsid w:val="0018416D"/>
    <w:rsid w:val="001B3EC8"/>
    <w:rsid w:val="001C62A9"/>
    <w:rsid w:val="001D096B"/>
    <w:rsid w:val="0023062B"/>
    <w:rsid w:val="00246691"/>
    <w:rsid w:val="0026549D"/>
    <w:rsid w:val="0027528F"/>
    <w:rsid w:val="00276B42"/>
    <w:rsid w:val="00277178"/>
    <w:rsid w:val="0029639D"/>
    <w:rsid w:val="002A5739"/>
    <w:rsid w:val="002F495E"/>
    <w:rsid w:val="00303DCC"/>
    <w:rsid w:val="00312E13"/>
    <w:rsid w:val="00313FF4"/>
    <w:rsid w:val="00326F90"/>
    <w:rsid w:val="0032705B"/>
    <w:rsid w:val="00331ED5"/>
    <w:rsid w:val="0033327E"/>
    <w:rsid w:val="003363D8"/>
    <w:rsid w:val="0040611E"/>
    <w:rsid w:val="00450CDB"/>
    <w:rsid w:val="0046317F"/>
    <w:rsid w:val="00477B60"/>
    <w:rsid w:val="004B6E38"/>
    <w:rsid w:val="004C68E5"/>
    <w:rsid w:val="00515DB0"/>
    <w:rsid w:val="0057647B"/>
    <w:rsid w:val="005B28C5"/>
    <w:rsid w:val="005C1F04"/>
    <w:rsid w:val="005E5091"/>
    <w:rsid w:val="0062043F"/>
    <w:rsid w:val="00621AA4"/>
    <w:rsid w:val="00651D92"/>
    <w:rsid w:val="0068240D"/>
    <w:rsid w:val="006B351B"/>
    <w:rsid w:val="006C3BC3"/>
    <w:rsid w:val="006D6950"/>
    <w:rsid w:val="006E4CBA"/>
    <w:rsid w:val="006F67D3"/>
    <w:rsid w:val="007105E7"/>
    <w:rsid w:val="00715DFC"/>
    <w:rsid w:val="007246F0"/>
    <w:rsid w:val="007370BD"/>
    <w:rsid w:val="00741858"/>
    <w:rsid w:val="00752C2C"/>
    <w:rsid w:val="00771D97"/>
    <w:rsid w:val="007750FF"/>
    <w:rsid w:val="007B6C25"/>
    <w:rsid w:val="007F4569"/>
    <w:rsid w:val="00816BF3"/>
    <w:rsid w:val="00831831"/>
    <w:rsid w:val="0083788B"/>
    <w:rsid w:val="00853E9B"/>
    <w:rsid w:val="0086539D"/>
    <w:rsid w:val="00880F17"/>
    <w:rsid w:val="008930C7"/>
    <w:rsid w:val="008B3F64"/>
    <w:rsid w:val="008B452F"/>
    <w:rsid w:val="0090536B"/>
    <w:rsid w:val="009210C5"/>
    <w:rsid w:val="00932ACE"/>
    <w:rsid w:val="00935980"/>
    <w:rsid w:val="009359EF"/>
    <w:rsid w:val="009653C3"/>
    <w:rsid w:val="0097608B"/>
    <w:rsid w:val="009807A1"/>
    <w:rsid w:val="009B4551"/>
    <w:rsid w:val="009F2BA3"/>
    <w:rsid w:val="00A01C17"/>
    <w:rsid w:val="00A1064A"/>
    <w:rsid w:val="00A121F4"/>
    <w:rsid w:val="00A23445"/>
    <w:rsid w:val="00A43C3E"/>
    <w:rsid w:val="00A70E40"/>
    <w:rsid w:val="00A90C1B"/>
    <w:rsid w:val="00AA1D8D"/>
    <w:rsid w:val="00AA1FDC"/>
    <w:rsid w:val="00AA2AB4"/>
    <w:rsid w:val="00AD63D3"/>
    <w:rsid w:val="00AE782C"/>
    <w:rsid w:val="00B236DC"/>
    <w:rsid w:val="00B4672C"/>
    <w:rsid w:val="00B47730"/>
    <w:rsid w:val="00B60D67"/>
    <w:rsid w:val="00BB2040"/>
    <w:rsid w:val="00C7437A"/>
    <w:rsid w:val="00C83B5A"/>
    <w:rsid w:val="00C85583"/>
    <w:rsid w:val="00C91DC6"/>
    <w:rsid w:val="00CB0664"/>
    <w:rsid w:val="00CC2505"/>
    <w:rsid w:val="00CC41B8"/>
    <w:rsid w:val="00D03A24"/>
    <w:rsid w:val="00D500DB"/>
    <w:rsid w:val="00D625F0"/>
    <w:rsid w:val="00DB37EF"/>
    <w:rsid w:val="00DE0490"/>
    <w:rsid w:val="00DE6B1A"/>
    <w:rsid w:val="00DF3046"/>
    <w:rsid w:val="00E34E2E"/>
    <w:rsid w:val="00E54616"/>
    <w:rsid w:val="00E60104"/>
    <w:rsid w:val="00E61EC1"/>
    <w:rsid w:val="00E757E1"/>
    <w:rsid w:val="00E92FE8"/>
    <w:rsid w:val="00EA4D9A"/>
    <w:rsid w:val="00EA7AAF"/>
    <w:rsid w:val="00EC57F3"/>
    <w:rsid w:val="00EC7DA5"/>
    <w:rsid w:val="00EE6D1D"/>
    <w:rsid w:val="00EF48AA"/>
    <w:rsid w:val="00EF6EB3"/>
    <w:rsid w:val="00F16119"/>
    <w:rsid w:val="00F851C3"/>
    <w:rsid w:val="00FB43C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C7587"/>
  <w14:defaultImageDpi w14:val="300"/>
  <w15:docId w15:val="{21FF4D9C-41A1-41DC-B07C-A4EB7505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C2505"/>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8873">
      <w:bodyDiv w:val="1"/>
      <w:marLeft w:val="0"/>
      <w:marRight w:val="0"/>
      <w:marTop w:val="0"/>
      <w:marBottom w:val="0"/>
      <w:divBdr>
        <w:top w:val="none" w:sz="0" w:space="0" w:color="auto"/>
        <w:left w:val="none" w:sz="0" w:space="0" w:color="auto"/>
        <w:bottom w:val="none" w:sz="0" w:space="0" w:color="auto"/>
        <w:right w:val="none" w:sz="0" w:space="0" w:color="auto"/>
      </w:divBdr>
    </w:div>
    <w:div w:id="205411970">
      <w:bodyDiv w:val="1"/>
      <w:marLeft w:val="0"/>
      <w:marRight w:val="0"/>
      <w:marTop w:val="0"/>
      <w:marBottom w:val="0"/>
      <w:divBdr>
        <w:top w:val="none" w:sz="0" w:space="0" w:color="auto"/>
        <w:left w:val="none" w:sz="0" w:space="0" w:color="auto"/>
        <w:bottom w:val="none" w:sz="0" w:space="0" w:color="auto"/>
        <w:right w:val="none" w:sz="0" w:space="0" w:color="auto"/>
      </w:divBdr>
    </w:div>
    <w:div w:id="274020238">
      <w:bodyDiv w:val="1"/>
      <w:marLeft w:val="0"/>
      <w:marRight w:val="0"/>
      <w:marTop w:val="0"/>
      <w:marBottom w:val="0"/>
      <w:divBdr>
        <w:top w:val="none" w:sz="0" w:space="0" w:color="auto"/>
        <w:left w:val="none" w:sz="0" w:space="0" w:color="auto"/>
        <w:bottom w:val="none" w:sz="0" w:space="0" w:color="auto"/>
        <w:right w:val="none" w:sz="0" w:space="0" w:color="auto"/>
      </w:divBdr>
    </w:div>
    <w:div w:id="890844567">
      <w:bodyDiv w:val="1"/>
      <w:marLeft w:val="0"/>
      <w:marRight w:val="0"/>
      <w:marTop w:val="0"/>
      <w:marBottom w:val="0"/>
      <w:divBdr>
        <w:top w:val="none" w:sz="0" w:space="0" w:color="auto"/>
        <w:left w:val="none" w:sz="0" w:space="0" w:color="auto"/>
        <w:bottom w:val="none" w:sz="0" w:space="0" w:color="auto"/>
        <w:right w:val="none" w:sz="0" w:space="0" w:color="auto"/>
      </w:divBdr>
    </w:div>
    <w:div w:id="11112437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9A734-2CED-4F99-B7A5-E9E9BDA2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10</Pages>
  <Words>2345</Words>
  <Characters>13369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Kon Tum CCKL</cp:lastModifiedBy>
  <cp:revision>15</cp:revision>
  <dcterms:created xsi:type="dcterms:W3CDTF">2013-12-23T23:15:00Z</dcterms:created>
  <dcterms:modified xsi:type="dcterms:W3CDTF">2026-04-20T01:44:00Z</dcterms:modified>
  <cp:category/>
</cp:coreProperties>
</file>